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ŻYCIORYS DO OŚRODKA ADOPCYJNEGO</w:t>
      </w:r>
    </w:p>
    <w:p/>
    <w:p/>
    <w:p>
      <w:r>
        <w:rPr>
          <w:b/>
          <w:sz w:val="20"/>
        </w:rPr>
        <w:t>Dane osobowe: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Data urodzenia: ________________________________________________</w:t>
      </w:r>
    </w:p>
    <w:p>
      <w:r>
        <w:rPr>
          <w:b w:val="0"/>
          <w:sz w:val="20"/>
        </w:rPr>
        <w:t>Miejsce urodzenia: ______________________________________________</w:t>
      </w:r>
    </w:p>
    <w:p>
      <w:r>
        <w:rPr>
          <w:b w:val="0"/>
          <w:sz w:val="20"/>
        </w:rPr>
        <w:t>PESEL: _________________________________________________________</w:t>
      </w:r>
    </w:p>
    <w:p>
      <w:r>
        <w:rPr>
          <w:b w:val="0"/>
          <w:sz w:val="20"/>
        </w:rPr>
        <w:t>Adres zamieszkania: ____________________________________________</w:t>
      </w:r>
    </w:p>
    <w:p>
      <w:r>
        <w:rPr>
          <w:b w:val="0"/>
          <w:sz w:val="20"/>
        </w:rPr>
        <w:t>Telefon kontaktowy: _____________________________________________</w:t>
      </w:r>
    </w:p>
    <w:p>
      <w:r>
        <w:rPr>
          <w:b w:val="0"/>
          <w:sz w:val="20"/>
        </w:rPr>
        <w:t>Adres e-mail: _________________________________________________</w:t>
      </w:r>
    </w:p>
    <w:p/>
    <w:p>
      <w:r>
        <w:rPr>
          <w:b/>
          <w:sz w:val="20"/>
        </w:rPr>
        <w:t>Informacje o rodzinie:</w:t>
      </w:r>
    </w:p>
    <w:p>
      <w:r>
        <w:rPr>
          <w:b w:val="0"/>
          <w:sz w:val="20"/>
        </w:rPr>
        <w:t>Stan cywilny: _________________________________________________</w:t>
      </w:r>
    </w:p>
    <w:p>
      <w:r>
        <w:rPr>
          <w:b w:val="0"/>
          <w:sz w:val="20"/>
        </w:rPr>
        <w:t>Informacje o współmałżonku (imię, nazwisko, data urodzenia, zawód):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Dzieci (imię, nazwisko, data urodzenia, miejsce zamieszkania):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Wykształcenie:</w:t>
      </w:r>
    </w:p>
    <w:p>
      <w:r>
        <w:rPr>
          <w:b w:val="0"/>
          <w:sz w:val="20"/>
        </w:rPr>
        <w:t>Szkoła podstawowa: _____________________________________________</w:t>
      </w:r>
    </w:p>
    <w:p>
      <w:r>
        <w:rPr>
          <w:b w:val="0"/>
          <w:sz w:val="20"/>
        </w:rPr>
        <w:t>Szkoła średnia: ________________________________________________</w:t>
      </w:r>
    </w:p>
    <w:p>
      <w:r>
        <w:rPr>
          <w:b w:val="0"/>
          <w:sz w:val="20"/>
        </w:rPr>
        <w:t>Szkoła wyższa / kursy / szkolenia: 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Zatrudnienie:</w:t>
      </w:r>
    </w:p>
    <w:p>
      <w:r>
        <w:rPr>
          <w:b w:val="0"/>
          <w:sz w:val="20"/>
        </w:rPr>
        <w:t>Miejsce pracy: _________________________________________________</w:t>
      </w:r>
    </w:p>
    <w:p>
      <w:r>
        <w:rPr>
          <w:b w:val="0"/>
          <w:sz w:val="20"/>
        </w:rPr>
        <w:t>Zajmowane stanowisko / zawód: __________________________________</w:t>
      </w:r>
    </w:p>
    <w:p>
      <w:r>
        <w:rPr>
          <w:b w:val="0"/>
          <w:sz w:val="20"/>
        </w:rPr>
        <w:t>Czas zatrudnienia: _____________________________________________</w:t>
      </w:r>
    </w:p>
    <w:p>
      <w:r>
        <w:rPr>
          <w:b w:val="0"/>
          <w:sz w:val="20"/>
        </w:rPr>
        <w:t>Opis obowiązków zawodowych: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Stan zdrowia:</w:t>
      </w:r>
    </w:p>
    <w:p>
      <w:r>
        <w:rPr>
          <w:b w:val="0"/>
          <w:sz w:val="20"/>
        </w:rPr>
        <w:t>Informacje o stanie zdrowia własnym i członków rodziny: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Motywacja do adopcji:</w:t>
      </w:r>
    </w:p>
    <w:p>
      <w:r>
        <w:rPr>
          <w:b w:val="0"/>
          <w:sz w:val="20"/>
        </w:rPr>
        <w:t>Proszę opisać powody, dla których chce Pan/Pani adoptować dziecko: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Warunki mieszkaniowe:</w:t>
      </w:r>
    </w:p>
    <w:p>
      <w:r>
        <w:rPr>
          <w:b w:val="0"/>
          <w:sz w:val="20"/>
        </w:rPr>
        <w:t>Typ mieszkania / domu: _________________________________________</w:t>
      </w:r>
    </w:p>
    <w:p>
      <w:r>
        <w:rPr>
          <w:b w:val="0"/>
          <w:sz w:val="20"/>
        </w:rPr>
        <w:t>Liczba pokoi: _________________________________________________</w:t>
      </w:r>
    </w:p>
    <w:p>
      <w:r>
        <w:rPr>
          <w:b w:val="0"/>
          <w:sz w:val="20"/>
        </w:rPr>
        <w:t>Opis warunków mieszkaniowych: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Inne istotne informacje: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/>
    <w:p>
      <w:r>
        <w:rPr>
          <w:b w:val="0"/>
          <w:sz w:val="20"/>
        </w:rPr>
        <w:t>Miejsce,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Podpis: 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https://dokumenty-pro.com/zyciorys-do-osrodka-adopcyjnego-wzor/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yciorys-do-osrodka-adopcyjnego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