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ZRZECZENIE SIĘ SPADKU</w:t>
      </w:r>
    </w:p>
    <w:p/>
    <w:p/>
    <w:p>
      <w:r>
        <w:rPr>
          <w:b w:val="0"/>
          <w:sz w:val="20"/>
        </w:rPr>
        <w:t>Miejsce: ____________________________    Data: ____________________________</w:t>
      </w:r>
    </w:p>
    <w:p/>
    <w:p/>
    <w:p>
      <w:r>
        <w:rPr>
          <w:b/>
          <w:sz w:val="20"/>
        </w:rPr>
        <w:t>Dane osoby zrzekającej się spadku:</w:t>
      </w:r>
    </w:p>
    <w:p>
      <w:r>
        <w:rPr>
          <w:b w:val="0"/>
          <w:sz w:val="20"/>
        </w:rPr>
        <w:t>Imię i nazwisko: ___________________________________________________________</w:t>
      </w:r>
    </w:p>
    <w:p>
      <w:r>
        <w:rPr>
          <w:b w:val="0"/>
          <w:sz w:val="20"/>
        </w:rPr>
        <w:t>PESEL: 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___________________________________________________________</w:t>
      </w:r>
    </w:p>
    <w:p>
      <w:r>
        <w:rPr>
          <w:b w:val="0"/>
          <w:sz w:val="20"/>
        </w:rPr>
        <w:t>Stopień pokrewieństwa ze spadkodawcą: __________________________________________</w:t>
      </w:r>
    </w:p>
    <w:p/>
    <w:p>
      <w:r>
        <w:rPr>
          <w:b/>
          <w:sz w:val="20"/>
        </w:rPr>
        <w:t>Dane spadkodawcy:</w:t>
      </w:r>
    </w:p>
    <w:p>
      <w:r>
        <w:rPr>
          <w:b w:val="0"/>
          <w:sz w:val="20"/>
        </w:rPr>
        <w:t>Imię i nazwisko: ___________________________________________________________</w:t>
      </w:r>
    </w:p>
    <w:p>
      <w:r>
        <w:rPr>
          <w:b w:val="0"/>
          <w:sz w:val="20"/>
        </w:rPr>
        <w:t>Data i miejsce urodzenia: _________________________________________________</w:t>
      </w:r>
    </w:p>
    <w:p>
      <w:r>
        <w:rPr>
          <w:b w:val="0"/>
          <w:sz w:val="20"/>
        </w:rPr>
        <w:t>PESEL/NIP: ________________________________________________________________</w:t>
      </w:r>
    </w:p>
    <w:p>
      <w:r>
        <w:rPr>
          <w:b w:val="0"/>
          <w:sz w:val="20"/>
        </w:rPr>
        <w:t>Adres zamieszkania (ostatni): ___________________________________________________</w:t>
      </w:r>
    </w:p>
    <w:p/>
    <w:p>
      <w:r>
        <w:rPr>
          <w:b/>
          <w:sz w:val="20"/>
        </w:rPr>
        <w:t>Oświadczenie:</w:t>
      </w:r>
    </w:p>
    <w:p>
      <w:r>
        <w:rPr>
          <w:b w:val="0"/>
          <w:sz w:val="20"/>
        </w:rPr>
        <w:t>Ja, niżej podpisany/a, zrzekam się prawa do zachowku oraz wszelkich praw do spadku po wymienionym wyżej spadkodawcy. Oświadczam, że dokonuję zrzeczenia się spadku w całości, dobrowolnie i świadomie, w sposób wyłączający jakiekolwiek roszczenia spadkowe względem spadku po spadkodawcy.</w:t>
      </w:r>
    </w:p>
    <w:p/>
    <w:p>
      <w:r>
        <w:rPr>
          <w:b w:val="0"/>
          <w:sz w:val="20"/>
        </w:rPr>
        <w:t>Zdaję sobie sprawę, że zrzeczenie się spadku jest skuteczne wobec wszystkich spadkobierców oraz osób uprawnionych do zachowku i nieodwołalne po jego złożeniu.</w:t>
      </w:r>
    </w:p>
    <w:p/>
    <w:p>
      <w:r>
        <w:rPr>
          <w:b/>
          <w:sz w:val="20"/>
        </w:rPr>
        <w:t>Forma oświadczenia:</w:t>
      </w:r>
    </w:p>
    <w:p>
      <w:r>
        <w:rPr>
          <w:b w:val="0"/>
          <w:sz w:val="20"/>
        </w:rPr>
        <w:t>Zrzekam się spadku na podstawie art. 1049 §1 Kodeksu cywilnego, potwierdzając, że oświadczenie to zostało złożone w formie aktu notarialnego lub dokumentu pisemnego.</w:t>
      </w:r>
    </w:p>
    <w:p/>
    <w:p/>
    <w:p>
      <w:r>
        <w:rPr>
          <w:b/>
          <w:sz w:val="20"/>
        </w:rPr>
        <w:t>Podpis osoby zrzekającej się spadku:</w:t>
      </w:r>
    </w:p>
    <w:p/>
    <w:p/>
    <w:p/>
    <w:p>
      <w:r>
        <w:rPr>
          <w:b w:val="0"/>
          <w:sz w:val="20"/>
        </w:rPr>
        <w:t>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Świadek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Świadek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https://dokumenty-pro.com/zrzeczenie-sie-spadku-wzor/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zrzeczenie-sie-spadku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