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ZGODA WSPÓŁMAŁŻONKA NA DAROWIZNĘ</w:t>
      </w:r>
    </w:p>
    <w:p/>
    <w:p/>
    <w:p>
      <w:r>
        <w:rPr>
          <w:b/>
          <w:sz w:val="20"/>
        </w:rPr>
        <w:t>Ja niżej podpisany/a: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/>
    <w:p>
      <w:r>
        <w:rPr>
          <w:b/>
          <w:sz w:val="20"/>
        </w:rPr>
        <w:t>wyrażam zgodę na dokonanie przez mojego/mą męża/żonę: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/>
    <w:p>
      <w:r>
        <w:rPr>
          <w:b/>
          <w:sz w:val="20"/>
        </w:rPr>
        <w:t>darowizny na rzecz osoby trzeciej na następujących warunkach:</w:t>
      </w:r>
    </w:p>
    <w:p/>
    <w:p>
      <w:r>
        <w:rPr>
          <w:b/>
          <w:sz w:val="22"/>
        </w:rPr>
        <w:t>1. Dane obdarowanego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PESEL/NIP: 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/>
    <w:p>
      <w:r>
        <w:rPr>
          <w:b/>
          <w:sz w:val="22"/>
        </w:rPr>
        <w:t>2. Przedmiot darowizny</w:t>
      </w:r>
    </w:p>
    <w:p>
      <w:r>
        <w:rPr>
          <w:b w:val="0"/>
          <w:sz w:val="20"/>
        </w:rPr>
        <w:t>Opis przedmiotu darowizny: 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2"/>
        </w:rPr>
        <w:t>3. Oświadczenie</w:t>
      </w:r>
    </w:p>
    <w:p>
      <w:r>
        <w:rPr>
          <w:b w:val="0"/>
          <w:sz w:val="20"/>
        </w:rPr>
        <w:t>Oświadczam, że wyrażam zgodę na darowiznę opisaną powyżej, dokonaną przez mojego/mą męża/żonę.</w:t>
      </w:r>
    </w:p>
    <w:p>
      <w:r>
        <w:rPr>
          <w:b w:val="0"/>
          <w:sz w:val="20"/>
        </w:rPr>
        <w:t>Jestem świadomy/a skutków prawnych wynikających z tej zgody,</w:t>
      </w:r>
    </w:p>
    <w:p>
      <w:r>
        <w:rPr>
          <w:b w:val="0"/>
          <w:sz w:val="20"/>
        </w:rPr>
        <w:t>w szczególności skutków majątkowych wobec wspólnego majątku małżeńskiego.</w:t>
      </w:r>
    </w:p>
    <w:p/>
    <w:p>
      <w:r>
        <w:rPr>
          <w:b/>
          <w:sz w:val="22"/>
        </w:rPr>
        <w:t>4. Postanowienia końcowe</w:t>
      </w:r>
    </w:p>
    <w:p>
      <w:r>
        <w:rPr>
          <w:b w:val="0"/>
          <w:sz w:val="20"/>
        </w:rPr>
        <w:t>Niniejsza zgoda została sporządzona w dwóch jednobrzmiących egzemplarzach,</w:t>
      </w:r>
    </w:p>
    <w:p>
      <w:r>
        <w:rPr>
          <w:b w:val="0"/>
          <w:sz w:val="20"/>
        </w:rPr>
        <w:t>po jednym dla każdej ze stron.</w:t>
      </w:r>
    </w:p>
    <w:p/>
    <w:p/>
    <w:p>
      <w:r>
        <w:rPr>
          <w:b w:val="0"/>
          <w:sz w:val="20"/>
        </w:rPr>
        <w:t>Miejsce: ___________________________________________</w:t>
      </w:r>
    </w:p>
    <w:p>
      <w:r>
        <w:rPr>
          <w:b w:val="0"/>
          <w:sz w:val="20"/>
        </w:rPr>
        <w:t>Data: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Współmałżonek wyrażający zgodę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Współmałżonek dokonujący darowizny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https://dokumenty-pro.com/zgoda-wspolmalzonka-na-darowizne-wzor/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goda-wspolmalzonka-na-darowizne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