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ZGODA SĄSIADA NA WYKONANIE ROBÓT BUDOWLANYCH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 sąsiada: _________________________________________________</w:t>
      </w:r>
    </w:p>
    <w:p>
      <w:r>
        <w:rPr>
          <w:b w:val="0"/>
          <w:sz w:val="20"/>
        </w:rPr>
        <w:t>Adres zamieszkania sąsiada: _______________________________________________</w:t>
      </w:r>
    </w:p>
    <w:p>
      <w:r>
        <w:rPr>
          <w:b w:val="0"/>
          <w:sz w:val="20"/>
        </w:rPr>
        <w:t>Nr dowodu osobistego: ____________________________________________________</w:t>
      </w:r>
    </w:p>
    <w:p/>
    <w:p>
      <w:r>
        <w:rPr>
          <w:b/>
          <w:sz w:val="20"/>
        </w:rPr>
        <w:t>Wyrażam zgodę na wykonanie robót budowlanych przez:</w:t>
      </w:r>
    </w:p>
    <w:p>
      <w:r>
        <w:rPr>
          <w:b w:val="0"/>
          <w:sz w:val="20"/>
        </w:rPr>
        <w:t>Imię i nazwisko inwestora: ________________________________________________</w:t>
      </w:r>
    </w:p>
    <w:p>
      <w:r>
        <w:rPr>
          <w:b w:val="0"/>
          <w:sz w:val="20"/>
        </w:rPr>
        <w:t>Adres zamieszkania inwestora: ____________________________________________</w:t>
      </w:r>
    </w:p>
    <w:p/>
    <w:p>
      <w:r>
        <w:rPr>
          <w:b/>
          <w:sz w:val="20"/>
        </w:rPr>
        <w:t>Opis robót budowlanych: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Oświadczam, że zapoznałem/am się z planowanymi robotami budowlanymi i nie wnoszę do nich żadnych zastrzeżeń.</w:t>
      </w:r>
    </w:p>
    <w:p/>
    <w:p>
      <w:r>
        <w:rPr>
          <w:b/>
          <w:sz w:val="20"/>
        </w:rPr>
        <w:t>Zgoda ta jest ważna na okres realizacji powyższych robót budowlanych.</w:t>
      </w:r>
    </w:p>
    <w:p/>
    <w:p/>
    <w:p>
      <w:r>
        <w:rPr>
          <w:b w:val="0"/>
          <w:sz w:val="20"/>
        </w:rPr>
        <w:t>Miejsce: 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SĄSIAD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INWESTOR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https://dokumenty-pro.com/zgoda-sasiada-wzor/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zgoda-sasiada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