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ZGODA SĄSIADA NA PRZYŁĄCZE GAZOWE</w:t>
      </w:r>
    </w:p>
    <w:p/>
    <w:p>
      <w:r>
        <w:rPr>
          <w:b w:val="0"/>
          <w:sz w:val="20"/>
        </w:rPr>
        <w:t>Miejsce : ____________________________       Data : ____________________________</w:t>
      </w:r>
    </w:p>
    <w:p/>
    <w:p/>
    <w:p>
      <w:r>
        <w:rPr>
          <w:b/>
          <w:sz w:val="20"/>
        </w:rPr>
        <w:t>Dane Sąsiada (Wyrażającego zgodę):</w:t>
      </w:r>
    </w:p>
    <w:p>
      <w:r>
        <w:rPr>
          <w:b w:val="0"/>
          <w:sz w:val="20"/>
        </w:rPr>
        <w:t>Imię i nazwisko: ________________________________________________________________</w:t>
      </w:r>
    </w:p>
    <w:p>
      <w:r>
        <w:rPr>
          <w:b w:val="0"/>
          <w:sz w:val="20"/>
        </w:rPr>
        <w:t>Adres zamieszkania: ____________________________________________________________</w:t>
      </w:r>
    </w:p>
    <w:p>
      <w:r>
        <w:rPr>
          <w:b w:val="0"/>
          <w:sz w:val="20"/>
        </w:rPr>
        <w:t>PESEL/NIP: _____________________________________________________________________</w:t>
      </w:r>
    </w:p>
    <w:p>
      <w:r>
        <w:rPr>
          <w:b w:val="0"/>
          <w:sz w:val="20"/>
        </w:rPr>
        <w:t>Nr dowodu osobistego: ___________________________________________________________</w:t>
      </w:r>
    </w:p>
    <w:p/>
    <w:p>
      <w:r>
        <w:rPr>
          <w:b/>
          <w:sz w:val="20"/>
        </w:rPr>
        <w:t>Dane Inwestora (Wnioskodawcy):</w:t>
      </w:r>
    </w:p>
    <w:p>
      <w:r>
        <w:rPr>
          <w:b w:val="0"/>
          <w:sz w:val="20"/>
        </w:rPr>
        <w:t>Imię i nazwisko / Nazwa firmy: _________________________________________________</w:t>
      </w:r>
    </w:p>
    <w:p>
      <w:r>
        <w:rPr>
          <w:b w:val="0"/>
          <w:sz w:val="20"/>
        </w:rPr>
        <w:t>Adres zamieszkania / siedziby: _________________________________________________</w:t>
      </w:r>
    </w:p>
    <w:p>
      <w:r>
        <w:rPr>
          <w:b w:val="0"/>
          <w:sz w:val="20"/>
        </w:rPr>
        <w:t>PESEL/NIP: _____________________________________________________________________</w:t>
      </w:r>
    </w:p>
    <w:p>
      <w:r>
        <w:rPr>
          <w:b w:val="0"/>
          <w:sz w:val="20"/>
        </w:rPr>
        <w:t>Nr dowodu osobistego / REGON: __________________________________________________</w:t>
      </w:r>
    </w:p>
    <w:p/>
    <w:p>
      <w:r>
        <w:rPr>
          <w:b/>
          <w:sz w:val="20"/>
        </w:rPr>
        <w:t>Przedmiot zgody:</w:t>
      </w:r>
    </w:p>
    <w:p>
      <w:r>
        <w:rPr>
          <w:b w:val="0"/>
          <w:sz w:val="20"/>
        </w:rPr>
        <w:t>Ja, niżej podpisany/a, wyrażam zgodę na wykonanie przyłącza gazowego do nieruchomości sąsiadującej z moją nieruchomością, położoną przy ulicy ________________________________, działka nr ____________.</w:t>
      </w:r>
    </w:p>
    <w:p/>
    <w:p>
      <w:r>
        <w:rPr>
          <w:b/>
          <w:sz w:val="20"/>
        </w:rPr>
        <w:t>Opis przyłącza i warunki realizacji:</w:t>
      </w:r>
    </w:p>
    <w:p>
      <w:r>
        <w:rPr>
          <w:b w:val="0"/>
          <w:sz w:val="20"/>
        </w:rPr>
        <w:t>Przyłącze gazowe zostanie wykonane zgodnie z obowiązującymi przepisami prawa oraz warunkami technicznymi określonymi przez dostawcę gazu. Wykonawca przyłącza zobowiązuje się do zachowania należytej staranności oraz do naprawienia ewentualnych szkód powstałych w trakcie realizacji prac.</w:t>
      </w:r>
    </w:p>
    <w:p/>
    <w:p>
      <w:r>
        <w:rPr>
          <w:b w:val="0"/>
          <w:sz w:val="20"/>
        </w:rPr>
        <w:t>Zgoda jest udzielona na czas niezbędny do wykonania prac związanych z przyłączem gazowym oraz na czas konieczny do przeprowadzenia ewentualnych czynności kontrolnych i naprawczych.</w:t>
      </w:r>
    </w:p>
    <w:p/>
    <w:p>
      <w:r>
        <w:rPr>
          <w:b/>
          <w:sz w:val="20"/>
        </w:rPr>
        <w:t>Oświadczenia:</w:t>
      </w:r>
    </w:p>
    <w:p>
      <w:r>
        <w:rPr>
          <w:b w:val="0"/>
          <w:sz w:val="20"/>
        </w:rPr>
        <w:t>Oświadczam, iż jestem właścicielem lub posiadaczem nieruchomości, na której znajduje się przyłącze gazowe lub która graniczy z nieruchomością inwestora, oraz że udzielam zgody dobrowolnie, bez przymusu i w pełni świadomie.</w:t>
      </w:r>
    </w:p>
    <w:p/>
    <w:p>
      <w:r>
        <w:rPr>
          <w:b/>
          <w:sz w:val="20"/>
        </w:rPr>
        <w:t>Postanowienia końcowe:</w:t>
      </w:r>
    </w:p>
    <w:p>
      <w:r>
        <w:rPr>
          <w:b w:val="0"/>
          <w:sz w:val="20"/>
        </w:rPr>
        <w:t>W sprawach nieuregulowanych niniejszą zgodą mają zastosowanie przepisy Kodeksu cywilnego oraz odpowiednie przepisy prawa budowlanego i energetycznego.</w:t>
      </w:r>
    </w:p>
    <w:p/>
    <w:p/>
    <w:p>
      <w:r>
        <w:rPr>
          <w:b w:val="0"/>
          <w:sz w:val="20"/>
        </w:rPr>
        <w:t>Miejsce, Data: ____________________________________________________________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SĄSIAD (Wyrażający zgodę)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INWESTOR (Wnioskodawca)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Imię i nazwisko: 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Imię i nazwisko: 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https://dokumenty-pro.com/zgoda-sasiada-na-przylacze-gazowe-wzor/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https://dokumenty-pro.com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dokumenty-pro.com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y-pro.com/zgoda-sasiada-na-przylacze-gazowe-wzor/" TargetMode="External"/><Relationship Id="rId10" Type="http://schemas.openxmlformats.org/officeDocument/2006/relationships/hyperlink" Target="https://dokumenty-p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