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ZGODA SĄSIADA NA BUDOWĘ GARAŻU W GRANICY</w:t>
      </w:r>
    </w:p>
    <w:p/>
    <w:p/>
    <w:p>
      <w:r>
        <w:rPr>
          <w:b w:val="0"/>
          <w:sz w:val="20"/>
        </w:rPr>
        <w:t>My, niżej podpisani sąsiedzi, wyrażamy zgodę na budowę garażu w granicy działek, zgodnie z obowiązującymi przepisami prawa budowlanego oraz miejscowym planem zagospodarowania przestrzennego.</w:t>
      </w:r>
    </w:p>
    <w:p/>
    <w:p/>
    <w:p>
      <w:r>
        <w:rPr>
          <w:b/>
          <w:sz w:val="20"/>
        </w:rPr>
        <w:t>Dane właściciela działki, na której będzie realizowana inwestycja: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Adres zamieszkania: ________________________________________________</w:t>
      </w:r>
    </w:p>
    <w:p>
      <w:r>
        <w:rPr>
          <w:b w:val="0"/>
          <w:sz w:val="20"/>
        </w:rPr>
        <w:t>Numer działki ewidencyjnej: _________________________________________</w:t>
      </w:r>
    </w:p>
    <w:p/>
    <w:p>
      <w:r>
        <w:rPr>
          <w:b/>
          <w:sz w:val="20"/>
        </w:rPr>
        <w:t>Dane sąsiada wyrażającego zgodę: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Adres zamieszkania: ________________________________________________</w:t>
      </w:r>
    </w:p>
    <w:p>
      <w:r>
        <w:rPr>
          <w:b w:val="0"/>
          <w:sz w:val="20"/>
        </w:rPr>
        <w:t>Numer działki ewidencyjnej: _________________________________________</w:t>
      </w:r>
    </w:p>
    <w:p/>
    <w:p>
      <w:r>
        <w:rPr>
          <w:b w:val="0"/>
          <w:sz w:val="20"/>
        </w:rPr>
        <w:t>Oświadczamy, że nie zgłaszamy sprzeciwu wobec planowanej budowy garażu na granicy naszych działek, zgodnie z projektem przedstawionym przez inwestora. Jesteśmy świadomi lokalizacji oraz wielkości obiektu i nie przewidujemy, aby budowa ta naruszała nasze prawa ani powodowała uciążliwości.</w:t>
      </w:r>
    </w:p>
    <w:p/>
    <w:p/>
    <w:p>
      <w:r>
        <w:rPr>
          <w:b w:val="0"/>
          <w:sz w:val="20"/>
        </w:rPr>
        <w:t>Niniejsza zgoda została wydana dobrowolnie, bez przymusu i pod wpływem pełnej informacji dotyczącej inwestycji.</w:t>
      </w:r>
    </w:p>
    <w:p/>
    <w:p/>
    <w:p>
      <w:r>
        <w:rPr>
          <w:b w:val="0"/>
          <w:sz w:val="20"/>
        </w:rPr>
        <w:t>Miejsce i data: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SĄSIAD WYRAŻAJĄCY ZGODĘ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INWESTOR (WŁAŚCICIEL DZIAŁKI)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https://dokumenty-pro.com/zgoda-sasiada-na-budowe-garazu-w-granicy-wzor/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goda-sasiada-na-budowe-garazu-w-granicy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