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ZGODA RODZICA NA PRZEBICIE USZU (KOLCZYK)</w:t>
      </w:r>
    </w:p>
    <w:p/>
    <w:p/>
    <w:p>
      <w:r>
        <w:rPr>
          <w:b/>
          <w:sz w:val="20"/>
        </w:rPr>
        <w:t>Ja, niżej podpisany/a:</w:t>
      </w:r>
    </w:p>
    <w:p>
      <w:r>
        <w:rPr>
          <w:b w:val="0"/>
          <w:sz w:val="20"/>
        </w:rPr>
        <w:t>Imię i nazwisko rodzica/opiekuna prawnego: ___________________________________________</w:t>
      </w:r>
    </w:p>
    <w:p>
      <w:r>
        <w:rPr>
          <w:b w:val="0"/>
          <w:sz w:val="20"/>
        </w:rPr>
        <w:t>PESEL: ___________________________________________</w:t>
      </w:r>
    </w:p>
    <w:p>
      <w:r>
        <w:rPr>
          <w:b w:val="0"/>
          <w:sz w:val="20"/>
        </w:rPr>
        <w:t>Adres zamieszkania: ________________________________________________________________</w:t>
      </w:r>
    </w:p>
    <w:p/>
    <w:p>
      <w:r>
        <w:rPr>
          <w:b/>
          <w:sz w:val="20"/>
        </w:rPr>
        <w:t>niniejszym wyrażam zgodę na przebicie uszu mojemu dziecku:</w:t>
      </w:r>
    </w:p>
    <w:p>
      <w:r>
        <w:rPr>
          <w:b w:val="0"/>
          <w:sz w:val="20"/>
        </w:rPr>
        <w:t>Imię i nazwisko dziecka: ___________________________________________</w:t>
      </w:r>
    </w:p>
    <w:p>
      <w:r>
        <w:rPr>
          <w:b w:val="0"/>
          <w:sz w:val="20"/>
        </w:rPr>
        <w:t>Data urodzenia dziecka: ___________________________________________</w:t>
      </w:r>
    </w:p>
    <w:p/>
    <w:p>
      <w:r>
        <w:rPr>
          <w:b w:val="0"/>
          <w:sz w:val="20"/>
        </w:rPr>
        <w:t>Oświadczam, że zostałem/am poinformowany/a o przebiegu zabiegu przebicia uszu, o możliwych powikłaniach, oraz o zasadach pielęgnacji po zabiegu.</w:t>
      </w:r>
    </w:p>
    <w:p/>
    <w:p>
      <w:r>
        <w:rPr>
          <w:b w:val="0"/>
          <w:sz w:val="20"/>
        </w:rPr>
        <w:t>Wyrażam zgodę na wykonanie zabiegu przebicia uszu dziecku wskazanemu powyżej, przeprowadzonego przez wykwalifikowany personel w profesjonalnych warunkach.</w:t>
      </w:r>
    </w:p>
    <w:p/>
    <w:p>
      <w:r>
        <w:rPr>
          <w:b w:val="0"/>
          <w:sz w:val="20"/>
        </w:rPr>
        <w:t>Zobowiązuję się do przestrzegania zaleceń dotyczących pielęgnacji i postępowania po zabiegu oraz do monitorowania stanu zdrowia dziecka.</w:t>
      </w:r>
    </w:p>
    <w:p/>
    <w:p>
      <w:r>
        <w:rPr>
          <w:b/>
          <w:sz w:val="20"/>
        </w:rPr>
        <w:t>Oświadczam, że dziecko nie posiada przeciwwskazań zdrowotnych do wykonania zabiegu przebicia uszu, takich jak:</w:t>
      </w:r>
    </w:p>
    <w:p>
      <w:r>
        <w:rPr>
          <w:b w:val="0"/>
          <w:sz w:val="20"/>
        </w:rPr>
        <w:t>- choroby skórne w miejscu przebicia</w:t>
      </w:r>
    </w:p>
    <w:p>
      <w:r>
        <w:rPr>
          <w:b w:val="0"/>
          <w:sz w:val="20"/>
        </w:rPr>
        <w:t>- alergie na metale lub inne materiały używane podczas zabiegu</w:t>
      </w:r>
    </w:p>
    <w:p>
      <w:r>
        <w:rPr>
          <w:b w:val="0"/>
          <w:sz w:val="20"/>
        </w:rPr>
        <w:t>- choroby zakaźne lub inne istotne schorzenia mogące wpłynąć na bezpieczeństwo zabiegu</w:t>
      </w:r>
    </w:p>
    <w:p/>
    <w:p>
      <w:r>
        <w:rPr>
          <w:b w:val="0"/>
          <w:sz w:val="20"/>
        </w:rPr>
        <w:t>Zostałem/am poinformowany/a, że zabieg przebicia uszu jest zabiegiem bezpiecznym, jednak niesie ze sobą ryzyko wystąpienia stanów zapalnych, zakażeń lub innych niepożądanych skutków.</w:t>
      </w:r>
    </w:p>
    <w:p/>
    <w:p>
      <w:r>
        <w:rPr>
          <w:b w:val="0"/>
          <w:sz w:val="20"/>
        </w:rPr>
        <w:t>Miejsce, Data : 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rodzica/opiekuna prawnego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świadka/wykonawcy zabiegu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https://dokumenty-pro.com/zgoda-rodzica-na-kolczyk-wzor/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zgoda-rodzica-na-kolczyk-wzor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