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PISMA - ZBIEG EGZEKUCJI KOMORNICZYCH</w:t>
      </w:r>
    </w:p>
    <w:p/>
    <w:p/>
    <w:p>
      <w:r>
        <w:rPr>
          <w:b/>
          <w:sz w:val="20"/>
        </w:rPr>
        <w:t>Dane wierzyciela:</w:t>
      </w:r>
    </w:p>
    <w:p>
      <w:r>
        <w:rPr>
          <w:b w:val="0"/>
          <w:sz w:val="20"/>
        </w:rPr>
        <w:t>Imię i nazwisko / Nazwa firmy : ______________________________________________</w:t>
      </w:r>
    </w:p>
    <w:p>
      <w:r>
        <w:rPr>
          <w:b w:val="0"/>
          <w:sz w:val="20"/>
        </w:rPr>
        <w:t>Adres siedziby / zamieszkania : ______________________________________________</w:t>
      </w:r>
    </w:p>
    <w:p>
      <w:r>
        <w:rPr>
          <w:b w:val="0"/>
          <w:sz w:val="20"/>
        </w:rPr>
        <w:t>NIP/PESEL : ________________________________________________________________</w:t>
      </w:r>
    </w:p>
    <w:p>
      <w:r>
        <w:rPr>
          <w:b w:val="0"/>
          <w:sz w:val="20"/>
        </w:rPr>
        <w:t>Nr telefonu : 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___________________________________________________________________</w:t>
      </w:r>
    </w:p>
    <w:p/>
    <w:p>
      <w:r>
        <w:rPr>
          <w:b/>
          <w:sz w:val="20"/>
        </w:rPr>
        <w:t>Dane dłużnika:</w:t>
      </w:r>
    </w:p>
    <w:p>
      <w:r>
        <w:rPr>
          <w:b w:val="0"/>
          <w:sz w:val="20"/>
        </w:rPr>
        <w:t>Imię i nazwisko : 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________________________________________________________</w:t>
      </w:r>
    </w:p>
    <w:p>
      <w:r>
        <w:rPr>
          <w:b w:val="0"/>
          <w:sz w:val="20"/>
        </w:rPr>
        <w:t>PESEL : _____________________________________________________________________</w:t>
      </w:r>
    </w:p>
    <w:p>
      <w:r>
        <w:rPr>
          <w:b w:val="0"/>
          <w:sz w:val="20"/>
        </w:rPr>
        <w:t>Nr dowodu osobistego : _____________________________________________________</w:t>
      </w:r>
    </w:p>
    <w:p/>
    <w:p>
      <w:r>
        <w:rPr>
          <w:b/>
          <w:sz w:val="20"/>
        </w:rPr>
        <w:t>Dane komornika prowadzącego egzekucję:</w:t>
      </w:r>
    </w:p>
    <w:p>
      <w:r>
        <w:rPr>
          <w:b w:val="0"/>
          <w:sz w:val="20"/>
        </w:rPr>
        <w:t>Imię i nazwisko komornika : _________________________________________________</w:t>
      </w:r>
    </w:p>
    <w:p>
      <w:r>
        <w:rPr>
          <w:b w:val="0"/>
          <w:sz w:val="20"/>
        </w:rPr>
        <w:t>Siedziba kancelarii : ________________________________________________________</w:t>
      </w:r>
    </w:p>
    <w:p>
      <w:r>
        <w:rPr>
          <w:b w:val="0"/>
          <w:sz w:val="20"/>
        </w:rPr>
        <w:t>Sygnatura akt egzekucyjnych : ________________________________________________</w:t>
      </w:r>
    </w:p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pPr>
        <w:jc w:val="center"/>
      </w:pPr>
      <w:r>
        <w:rPr>
          <w:b/>
          <w:sz w:val="20"/>
        </w:rPr>
        <w:t>ZAWIADOMIENIE O ZBIEGU EGZEKUCJI KOMORNICZYCH</w:t>
      </w:r>
    </w:p>
    <w:p/>
    <w:p>
      <w:r>
        <w:rPr>
          <w:b w:val="0"/>
          <w:sz w:val="20"/>
        </w:rPr>
        <w:t>Niniejszym zawiadamiam, iż prowadzone są wobec mnie (nas) następujące postępowania egzekucyjne:</w:t>
      </w:r>
    </w:p>
    <w:p>
      <w:r>
        <w:rPr>
          <w:b w:val="0"/>
          <w:sz w:val="20"/>
        </w:rPr>
        <w:t>1) Egzekucja prowadzona przez Komornika Sądowego przy Sądzie Rejonowym __________________________, o sygnaturze akt __________________________.</w:t>
      </w:r>
    </w:p>
    <w:p>
      <w:r>
        <w:rPr>
          <w:b w:val="0"/>
          <w:sz w:val="20"/>
        </w:rPr>
        <w:t>2) Egzekucja prowadzona przez Komornika Sądowego przy Sądzie Rejonowym __________________________, o sygnaturze akt __________________________.</w:t>
      </w:r>
    </w:p>
    <w:p>
      <w:r>
        <w:rPr>
          <w:b w:val="0"/>
          <w:sz w:val="20"/>
        </w:rPr>
        <w:t>W związku z powyższym proszę o podjęcie działań mających na celu ustalenie priorytetu egzekucji zgodnie z przepisami prawa oraz poinformowanie mnie (nas) o dalszym trybie prowadzenia postępowania.</w:t>
      </w:r>
    </w:p>
    <w:p/>
    <w:p>
      <w:r>
        <w:rPr>
          <w:b w:val="0"/>
          <w:sz w:val="20"/>
        </w:rPr>
        <w:t>Jednocześnie oświadczam, że zobowiązuję się do współpracy w zakresie udostępnienia wszelkich informacji niezbędnych do prawidłowego przeprowadzenia egzekucji oraz do regulowania zobowiązań w sposób zgodny z obowiązującymi przepisami prawa.</w:t>
      </w:r>
    </w:p>
    <w:p/>
    <w:p/>
    <w:p>
      <w:r>
        <w:rPr>
          <w:b w:val="0"/>
          <w:sz w:val="20"/>
        </w:rPr>
        <w:t>Proszę o potwierdzenie otrzymania niniejszego zawiadomienia oraz o przekazanie informacji o dalszych krokach.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</w:t>
      </w:r>
    </w:p>
    <w:p>
      <w:pPr>
        <w:jc w:val="center"/>
      </w:pPr>
      <w:r>
        <w:rPr>
          <w:b w:val="0"/>
          <w:sz w:val="20"/>
        </w:rPr>
        <w:t>Podpis wierzyciela / przedstawiciela ustawowego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Wierzyciel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Komornik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https://dokumenty-pro.com/zbieg-egzekucji-komorniczych-wzor-pisma/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bieg-egzekucji-komorniczych-wzor-pism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