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ZAŚWIADCZENIE O ODBYCIU ROZMOWY KWALIFIKACYJNEJ</w:t>
      </w:r>
    </w:p>
    <w:p/>
    <w:p/>
    <w:p>
      <w:r>
        <w:rPr>
          <w:b w:val="0"/>
          <w:sz w:val="22"/>
        </w:rPr>
        <w:t>Niniejszym zaświadcza się, że Pan/Pani ____________________________________________________________</w:t>
      </w:r>
    </w:p>
    <w:p>
      <w:r>
        <w:rPr>
          <w:b w:val="0"/>
          <w:sz w:val="22"/>
        </w:rPr>
        <w:t>uczestniczył(a) w rozmowie kwalifikacyjnej przeprowadzonej przez ____________________________________________________________</w:t>
      </w:r>
    </w:p>
    <w:p>
      <w:r>
        <w:rPr>
          <w:b w:val="0"/>
          <w:sz w:val="22"/>
        </w:rPr>
        <w:t>dotyczącej stanowiska pracy: ____________________________________________________________.</w:t>
      </w:r>
    </w:p>
    <w:p/>
    <w:p>
      <w:r>
        <w:rPr>
          <w:b w:val="0"/>
          <w:sz w:val="22"/>
        </w:rPr>
        <w:t>Rozmowa obejmowała następujące zagadnienia:</w:t>
      </w:r>
    </w:p>
    <w:p>
      <w:r>
        <w:rPr>
          <w:b w:val="0"/>
          <w:sz w:val="22"/>
        </w:rPr>
        <w:t>- kwalifikacje i doświadczenie zawodowe kandydata</w:t>
      </w:r>
    </w:p>
    <w:p>
      <w:r>
        <w:rPr>
          <w:b w:val="0"/>
          <w:sz w:val="22"/>
        </w:rPr>
        <w:t>- omówienie wymagań i obowiązków związanych ze stanowiskiem</w:t>
      </w:r>
    </w:p>
    <w:p>
      <w:r>
        <w:rPr>
          <w:b w:val="0"/>
          <w:sz w:val="22"/>
        </w:rPr>
        <w:t>- pytania dotyczące motywacji i oczekiwań kandydata</w:t>
      </w:r>
    </w:p>
    <w:p>
      <w:r>
        <w:rPr>
          <w:b w:val="0"/>
          <w:sz w:val="22"/>
        </w:rPr>
        <w:t>- inne istotne kwestie poruszone podczas rozmowy</w:t>
      </w:r>
    </w:p>
    <w:p/>
    <w:p>
      <w:r>
        <w:rPr>
          <w:b w:val="0"/>
          <w:sz w:val="22"/>
        </w:rPr>
        <w:t>Zaświadczenie zostało wydane na prośbę zainteresowanego i może być wykorzystane do celów związanych z procesem rekrutacji.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Miejsce : 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 : 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osoby upoważnionej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Pieczęć firmy : 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https://dokumenty-pro.com/zaswiadczenie-o-odbyciu-rozmowy-kwalifikacyjnej-wzor/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aswiadczenie-o-odbyciu-rozmowy-kwalifikacyjnej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