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ZAŚWIADCZENIE LEKARSKIE DO SAMOLOTU</w:t>
      </w:r>
    </w:p>
    <w:p/>
    <w:p/>
    <w:p>
      <w:r>
        <w:rPr>
          <w:b/>
          <w:sz w:val="22"/>
        </w:rPr>
        <w:t>Dane pacjenta:</w:t>
      </w:r>
    </w:p>
    <w:p>
      <w:r>
        <w:rPr>
          <w:b w:val="0"/>
          <w:sz w:val="22"/>
        </w:rPr>
        <w:t>Imię i nazwisko: _______________________________________________________</w:t>
      </w:r>
    </w:p>
    <w:p>
      <w:r>
        <w:rPr>
          <w:b w:val="0"/>
          <w:sz w:val="22"/>
        </w:rPr>
        <w:t>Data urodzenia: _______________________________________________________</w:t>
      </w:r>
    </w:p>
    <w:p>
      <w:r>
        <w:rPr>
          <w:b w:val="0"/>
          <w:sz w:val="22"/>
        </w:rPr>
        <w:t>Adres zamieszkania: ___________________________________________________</w:t>
      </w:r>
    </w:p>
    <w:p>
      <w:r>
        <w:rPr>
          <w:b w:val="0"/>
          <w:sz w:val="22"/>
        </w:rPr>
        <w:t>PESEL: ________________________________________________________________</w:t>
      </w:r>
    </w:p>
    <w:p>
      <w:r>
        <w:rPr>
          <w:b w:val="0"/>
          <w:sz w:val="22"/>
        </w:rPr>
        <w:t>Nr dowodu osobistego (opcjonalnie): ___________________________________</w:t>
      </w:r>
    </w:p>
    <w:p/>
    <w:p>
      <w:r>
        <w:rPr>
          <w:b/>
          <w:sz w:val="22"/>
        </w:rPr>
        <w:t>Dane lekarza wystawiającego zaświadczenie:</w:t>
      </w:r>
    </w:p>
    <w:p>
      <w:r>
        <w:rPr>
          <w:b w:val="0"/>
          <w:sz w:val="22"/>
        </w:rPr>
        <w:t>Imię i nazwisko: _______________________________________________________</w:t>
      </w:r>
    </w:p>
    <w:p>
      <w:r>
        <w:rPr>
          <w:b w:val="0"/>
          <w:sz w:val="22"/>
        </w:rPr>
        <w:t>Specjalizacja: _________________________________________________________</w:t>
      </w:r>
    </w:p>
    <w:p>
      <w:r>
        <w:rPr>
          <w:b w:val="0"/>
          <w:sz w:val="22"/>
        </w:rPr>
        <w:t>Nr prawa wykonywania zawodu: __________________________________________</w:t>
      </w:r>
    </w:p>
    <w:p>
      <w:r>
        <w:rPr>
          <w:b w:val="0"/>
          <w:sz w:val="22"/>
        </w:rPr>
        <w:t>Adres placówki medycznej: ______________________________________________</w:t>
      </w:r>
    </w:p>
    <w:p>
      <w:r>
        <w:rPr>
          <w:b w:val="0"/>
          <w:sz w:val="22"/>
        </w:rPr>
        <w:t>Telefon kontaktowy: ____________________________________________________</w:t>
      </w:r>
    </w:p>
    <w:p/>
    <w:p>
      <w:r>
        <w:rPr>
          <w:b/>
          <w:sz w:val="22"/>
        </w:rPr>
        <w:t>Treść zaświadczenia:</w:t>
      </w:r>
    </w:p>
    <w:p>
      <w:r>
        <w:rPr>
          <w:b w:val="0"/>
          <w:sz w:val="22"/>
        </w:rPr>
        <w:t>Niniejszym zaświadcza się, że wyżej wymieniony pacjent został poddany badaniu lekarskiemu i nie stwierdzono przeciwwskazań zdrowotnych do odbycia podróży samolotem.</w:t>
      </w:r>
    </w:p>
    <w:p/>
    <w:p>
      <w:r>
        <w:rPr>
          <w:b w:val="0"/>
          <w:sz w:val="22"/>
        </w:rPr>
        <w:t>Zaświadczenie dotyczy podróży lotniczej w terminie: ___________________________. Lekarz potwierdza, że stan zdrowia pacjenta pozwala na bezpieczne korzystanie z usług transportu lotniczego.</w:t>
      </w:r>
    </w:p>
    <w:p/>
    <w:p>
      <w:r>
        <w:rPr>
          <w:b w:val="0"/>
          <w:sz w:val="22"/>
        </w:rPr>
        <w:t>Pacjent został poinformowany o konieczności przestrzegania zaleceń medycznych w trakcie podróży oraz o potencjalnych ryzykach związanych z lotnictwem.</w:t>
      </w:r>
    </w:p>
    <w:p/>
    <w:p>
      <w:r>
        <w:rPr>
          <w:b/>
          <w:sz w:val="22"/>
        </w:rPr>
        <w:t>Uwagi dodatkowe: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/>
    <w:p>
      <w:r>
        <w:rPr>
          <w:b w:val="0"/>
          <w:sz w:val="22"/>
        </w:rPr>
        <w:t>Miejsce,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lekarza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Pieczątka lekarska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https://dokumenty-pro.com/zaswiadczenie-lekarskie-do-samolotu-wzor/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zaswiadczenie-lekarskie-do-samolotu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