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UMOWA O ZAPOMOGĘ</w:t>
      </w:r>
    </w:p>
    <w:p/>
    <w:p>
      <w:r>
        <w:rPr>
          <w:b w:val="0"/>
          <w:sz w:val="20"/>
        </w:rPr>
        <w:t>Miejsce : ____________________________    Data : ____________________________</w:t>
      </w:r>
    </w:p>
    <w:p/>
    <w:p>
      <w:r>
        <w:rPr>
          <w:b/>
          <w:sz w:val="20"/>
        </w:rPr>
        <w:t>Dane Osoby Wnioskującej o Zapomogę :</w:t>
      </w:r>
    </w:p>
    <w:p>
      <w:r>
        <w:rPr>
          <w:b w:val="0"/>
          <w:sz w:val="20"/>
        </w:rPr>
        <w:t>Imię i Nazwisko : ________________________________________________________________</w:t>
      </w:r>
    </w:p>
    <w:p>
      <w:r>
        <w:rPr>
          <w:b w:val="0"/>
          <w:sz w:val="20"/>
        </w:rPr>
        <w:t>PESEL : _________________________________________________________________________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______________________________________________________________</w:t>
      </w:r>
    </w:p>
    <w:p>
      <w:r>
        <w:rPr>
          <w:b w:val="0"/>
          <w:sz w:val="20"/>
        </w:rPr>
        <w:t>Nr dowodu osobistego : ___________________________________________________________</w:t>
      </w:r>
    </w:p>
    <w:p/>
    <w:p>
      <w:r>
        <w:rPr>
          <w:b/>
          <w:sz w:val="20"/>
        </w:rPr>
        <w:t>Dane Organizacji Zapewniającej Zapomogę :</w:t>
      </w:r>
    </w:p>
    <w:p>
      <w:r>
        <w:rPr>
          <w:b w:val="0"/>
          <w:sz w:val="20"/>
        </w:rPr>
        <w:t>Nazwa : _________________________________________________________________________</w:t>
      </w:r>
    </w:p>
    <w:p>
      <w:r>
        <w:rPr>
          <w:b w:val="0"/>
          <w:sz w:val="20"/>
        </w:rPr>
        <w:t>Adres siedziby : _________________________________________________________________</w:t>
      </w:r>
    </w:p>
    <w:p>
      <w:r>
        <w:rPr>
          <w:b w:val="0"/>
          <w:sz w:val="20"/>
        </w:rPr>
        <w:t>NIP : ___________________________________________________________________________</w:t>
      </w:r>
    </w:p>
    <w:p/>
    <w:p>
      <w:r>
        <w:rPr>
          <w:b/>
          <w:sz w:val="20"/>
        </w:rPr>
        <w:t>§ 1 Przedmiot umowy</w:t>
      </w:r>
    </w:p>
    <w:p>
      <w:r>
        <w:rPr>
          <w:b w:val="0"/>
          <w:sz w:val="20"/>
        </w:rPr>
        <w:t>1. Organizacja zobowiązuje się do udzielenia zapomogi finansowej osobie wnioskującej na warunkach określonych w niniejszej umowie.</w:t>
        <w:br/>
        <w:t>2. Zapomoga ma charakter bezzwrotny i jest przeznaczona na cele określone w ust. 3.</w:t>
      </w:r>
    </w:p>
    <w:p>
      <w:r>
        <w:rPr>
          <w:b w:val="0"/>
          <w:sz w:val="20"/>
        </w:rPr>
        <w:t>3. Cel zapomogi: ________________________________________________________________</w:t>
      </w:r>
    </w:p>
    <w:p/>
    <w:p>
      <w:r>
        <w:rPr>
          <w:b/>
          <w:sz w:val="20"/>
        </w:rPr>
        <w:t>§ 2 Kwota i warunki wypłaty zapomogi</w:t>
      </w:r>
    </w:p>
    <w:p>
      <w:r>
        <w:rPr>
          <w:b w:val="0"/>
          <w:sz w:val="20"/>
        </w:rPr>
        <w:t>1. Kwota zapomogi wynosi: __________________ PLN (słownie: ___________________________).</w:t>
        <w:br/>
        <w:t>2. Zapomoga zostanie wypłacona jednorazowo/przez okres __________________ miesięcy.</w:t>
        <w:br/>
        <w:t>3. Wypłata nastąpi na rachunek bankowy osoby wnioskującej podany poniżej:</w:t>
        <w:br/>
        <w:t xml:space="preserve">   Numer rachunku bankowego: ________________________________________________</w:t>
      </w:r>
    </w:p>
    <w:p/>
    <w:p>
      <w:r>
        <w:rPr>
          <w:b/>
          <w:sz w:val="20"/>
        </w:rPr>
        <w:t>§ 3 Obowiązki stron</w:t>
      </w:r>
    </w:p>
    <w:p>
      <w:r>
        <w:rPr>
          <w:b w:val="0"/>
          <w:sz w:val="20"/>
        </w:rPr>
        <w:t>1. Osoba wnioskująca zobowiązuje się do wykorzystania zapomogi zgodnie z celem określonym w §1 ust. 3.</w:t>
        <w:br/>
        <w:t>2. Organizacja ma prawo do kontroli prawidłowości wykorzystania zapomogi.</w:t>
        <w:br/>
        <w:t>3. Osoba wnioskująca zobowiązuje się do niezwłocznego powiadomienia organizacji o zmianie sytuacji mającej wpływ na przyznanie zapomogi.</w:t>
      </w:r>
    </w:p>
    <w:p/>
    <w:p>
      <w:r>
        <w:rPr>
          <w:b/>
          <w:sz w:val="20"/>
        </w:rPr>
        <w:t>§ 4 Postanowienia końcowe</w:t>
      </w:r>
    </w:p>
    <w:p>
      <w:r>
        <w:rPr>
          <w:b w:val="0"/>
          <w:sz w:val="20"/>
        </w:rPr>
        <w:t>1. W sprawach nieuregulowanych niniejszą umową zastosowanie mają przepisy Kodeksu Cywilnego.</w:t>
        <w:br/>
        <w:t>2. Wszelkie zmiany umowy wymagają formy pisemnej pod rygorem nieważności.</w:t>
        <w:br/>
        <w:t>3. Spory wynikłe z niniejszej umowy będą rozstrzygane przez sąd powszechny właściwy dla siedziby organizacji.</w:t>
      </w:r>
    </w:p>
    <w:p/>
    <w:p/>
    <w:p>
      <w:r>
        <w:rPr>
          <w:b w:val="0"/>
          <w:sz w:val="20"/>
        </w:rPr>
        <w:t>Miejsce, Data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Osoba Wnioskująca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Organizacja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/ Stanowisko : 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https://dokumenty-pro.com/zapomoga-biedronka-co-napisac/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apomoga-biedronka-co-napisac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