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ODWOŁANIE OD DECYZJI UBEZPIECZENIOWEJ</w:t>
      </w:r>
    </w:p>
    <w:p/>
    <w:p/>
    <w:p>
      <w:r>
        <w:rPr>
          <w:b/>
          <w:sz w:val="22"/>
        </w:rPr>
        <w:t>Dane nadawcy:</w:t>
      </w:r>
    </w:p>
    <w:p>
      <w:r>
        <w:rPr>
          <w:b w:val="0"/>
          <w:sz w:val="22"/>
        </w:rPr>
        <w:t>Imię i nazwisko: ____________________________________________</w:t>
      </w:r>
    </w:p>
    <w:p>
      <w:r>
        <w:rPr>
          <w:b w:val="0"/>
          <w:sz w:val="22"/>
        </w:rPr>
        <w:t>Adres zamieszkania: ________________________________________</w:t>
      </w:r>
    </w:p>
    <w:p>
      <w:r>
        <w:rPr>
          <w:b w:val="0"/>
          <w:sz w:val="22"/>
        </w:rPr>
        <w:t>Telefon: ____________________________________________________</w:t>
      </w:r>
    </w:p>
    <w:p>
      <w:r>
        <w:rPr>
          <w:b w:val="0"/>
          <w:sz w:val="22"/>
        </w:rPr>
        <w:t>E-mail: _____________________________________________________</w:t>
      </w:r>
    </w:p>
    <w:p/>
    <w:p>
      <w:r>
        <w:rPr>
          <w:b/>
          <w:sz w:val="22"/>
        </w:rPr>
        <w:t>Dane adresata:</w:t>
      </w:r>
    </w:p>
    <w:p>
      <w:r>
        <w:rPr>
          <w:b w:val="0"/>
          <w:sz w:val="22"/>
        </w:rPr>
        <w:t>Nazwa firmy ubezpieczeniowej: ______________________________</w:t>
      </w:r>
    </w:p>
    <w:p>
      <w:r>
        <w:rPr>
          <w:b w:val="0"/>
          <w:sz w:val="22"/>
        </w:rPr>
        <w:t>Adres siedziby: _____________________________________________</w:t>
      </w:r>
    </w:p>
    <w:p/>
    <w:p>
      <w:r>
        <w:rPr>
          <w:b w:val="0"/>
          <w:sz w:val="22"/>
        </w:rPr>
        <w:t>Miejscowość: ________________________________</w:t>
      </w:r>
    </w:p>
    <w:p>
      <w:r>
        <w:rPr>
          <w:b w:val="0"/>
          <w:sz w:val="22"/>
        </w:rPr>
        <w:t>Data: ________________________________________</w:t>
      </w:r>
    </w:p>
    <w:p/>
    <w:p/>
    <w:p>
      <w:pPr>
        <w:jc w:val="center"/>
      </w:pPr>
      <w:r>
        <w:rPr>
          <w:b/>
          <w:sz w:val="22"/>
        </w:rPr>
        <w:t>Odwołanie od decyzji w sprawie szkody z tytułu zalania mieszkania</w:t>
      </w:r>
    </w:p>
    <w:p/>
    <w:p/>
    <w:p>
      <w:r>
        <w:rPr>
          <w:b w:val="0"/>
          <w:sz w:val="22"/>
        </w:rPr>
        <w:t>Szanowni Państwo,</w:t>
      </w:r>
    </w:p>
    <w:p/>
    <w:p>
      <w:r>
        <w:rPr>
          <w:b w:val="0"/>
          <w:sz w:val="22"/>
        </w:rPr>
        <w:t>Niniejszym składam odwołanie od decyzji nr __________________________ z dnia __________________ dotyczącej odmowy/zmniejszenia wypłaty odszkodowania lub innej decyzji dotyczącej szkody powstałej w wyniku zalania mojego mieszkania.</w:t>
      </w:r>
    </w:p>
    <w:p/>
    <w:p>
      <w:r>
        <w:rPr>
          <w:b w:val="0"/>
          <w:sz w:val="22"/>
        </w:rPr>
        <w:t>Zgodnie z umową ubezpieczenia nr __________________________, zawartą dnia ______________________, zgłosiłem szkodę powstałą w wyniku zalania mieszkania znajdującego się pod adresem: __________________________________________________________, w dniu ________________________.</w:t>
      </w:r>
    </w:p>
    <w:p/>
    <w:p>
      <w:r>
        <w:rPr>
          <w:b w:val="0"/>
          <w:sz w:val="22"/>
        </w:rPr>
        <w:t>W decyzji odmowno mi prawa do odszkodowania/ustalono kwotę odszkodowania na poziomie, który uważam za niewystarczający z następujących powodów:</w:t>
      </w:r>
    </w:p>
    <w:p>
      <w:r>
        <w:rPr>
          <w:b w:val="0"/>
          <w:sz w:val="22"/>
        </w:rPr>
        <w:t>1. ________________________________________________________________</w:t>
      </w:r>
    </w:p>
    <w:p>
      <w:r>
        <w:rPr>
          <w:b w:val="0"/>
          <w:sz w:val="22"/>
        </w:rPr>
        <w:t>2. ________________________________________________________________</w:t>
      </w:r>
    </w:p>
    <w:p>
      <w:r>
        <w:rPr>
          <w:b w:val="0"/>
          <w:sz w:val="22"/>
        </w:rPr>
        <w:t>3. ________________________________________________________________</w:t>
      </w:r>
    </w:p>
    <w:p/>
    <w:p>
      <w:r>
        <w:rPr>
          <w:b w:val="0"/>
          <w:sz w:val="22"/>
        </w:rPr>
        <w:t>W załączeniu przedstawiam dodatkowe dokumenty oraz dowody potwierdzające zasadność moich roszczeń, w tym m.in. zdjęcia szkód, ekspertyzy rzeczoznawców oraz kosztorysy napraw.</w:t>
      </w:r>
    </w:p>
    <w:p/>
    <w:p>
      <w:r>
        <w:rPr>
          <w:b w:val="0"/>
          <w:sz w:val="22"/>
        </w:rPr>
        <w:t>W związku z powyższym proszę o ponowne rozpatrzenie sprawy oraz wypłatę odszkodowania w pełnej wysokości zgodnie z warunkami umowy ubezpieczenia.</w:t>
      </w:r>
    </w:p>
    <w:p/>
    <w:p/>
    <w:p>
      <w:r>
        <w:rPr>
          <w:b w:val="0"/>
          <w:sz w:val="22"/>
        </w:rPr>
        <w:t>Z poważaniem,</w:t>
      </w:r>
    </w:p>
    <w:p/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Podpis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Data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https://dokumenty-pro.com/zalanie-mieszkania-odwolanie-od-decyzji-wzor/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https://dokumenty-pro.com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dokumenty-pro.com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y-pro.com/zalanie-mieszkania-odwolanie-od-decyzji-wzor/" TargetMode="External"/><Relationship Id="rId10" Type="http://schemas.openxmlformats.org/officeDocument/2006/relationships/hyperlink" Target="https://dokumenty-p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