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ZGŁOSZENIA BUDOWY DOMKU LETNISKOWEGO</w:t>
      </w:r>
    </w:p>
    <w:p/>
    <w:p/>
    <w:p>
      <w:r>
        <w:rPr>
          <w:b/>
          <w:sz w:val="20"/>
        </w:rPr>
        <w:t>I. DANE WNIOSKODAWCY</w:t>
      </w:r>
    </w:p>
    <w:p>
      <w:r>
        <w:rPr>
          <w:b w:val="0"/>
          <w:sz w:val="20"/>
        </w:rPr>
        <w:t>Imię i nazwisko / Nazwa firmy: ________________________________________________</w:t>
      </w:r>
    </w:p>
    <w:p>
      <w:r>
        <w:rPr>
          <w:b w:val="0"/>
          <w:sz w:val="20"/>
        </w:rPr>
        <w:t>Adres zamieszkania / siedziby firmy: ____________________________________________</w:t>
      </w:r>
    </w:p>
    <w:p>
      <w:r>
        <w:rPr>
          <w:b w:val="0"/>
          <w:sz w:val="20"/>
        </w:rPr>
        <w:t>PESEL / NIP: _________________________________________________________________</w:t>
      </w:r>
    </w:p>
    <w:p>
      <w:r>
        <w:rPr>
          <w:b w:val="0"/>
          <w:sz w:val="20"/>
        </w:rPr>
        <w:t>Numer telefonu: _______________________________________________________________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_________________________________________________________________</w:t>
      </w:r>
    </w:p>
    <w:p/>
    <w:p>
      <w:r>
        <w:rPr>
          <w:b/>
          <w:sz w:val="20"/>
        </w:rPr>
        <w:t>II. DANE DOTYCZĄCE INWESTYCJI</w:t>
      </w:r>
    </w:p>
    <w:p>
      <w:r>
        <w:rPr>
          <w:b w:val="0"/>
          <w:sz w:val="20"/>
        </w:rPr>
        <w:t>Rodzaj inwestycji: Budowa domku letniskowego</w:t>
      </w:r>
    </w:p>
    <w:p>
      <w:r>
        <w:rPr>
          <w:b w:val="0"/>
          <w:sz w:val="20"/>
        </w:rPr>
        <w:t>Adres działki: ________________________________________________________________</w:t>
      </w:r>
    </w:p>
    <w:p>
      <w:r>
        <w:rPr>
          <w:b w:val="0"/>
          <w:sz w:val="20"/>
        </w:rPr>
        <w:t>Numer działki ewidencyjnej: ___________________________________________________</w:t>
      </w:r>
    </w:p>
    <w:p>
      <w:r>
        <w:rPr>
          <w:b w:val="0"/>
          <w:sz w:val="20"/>
        </w:rPr>
        <w:t>Powierzchnia działki (m²): ____________________________________________________</w:t>
      </w:r>
    </w:p>
    <w:p>
      <w:r>
        <w:rPr>
          <w:b w:val="0"/>
          <w:sz w:val="20"/>
        </w:rPr>
        <w:t>Powierzchnia zabudowy (m²): ___________________________________________________</w:t>
      </w:r>
    </w:p>
    <w:p>
      <w:r>
        <w:rPr>
          <w:b w:val="0"/>
          <w:sz w:val="20"/>
        </w:rPr>
        <w:t>Kubatura budynku (m³): ________________________________________________________</w:t>
      </w:r>
    </w:p>
    <w:p>
      <w:r>
        <w:rPr>
          <w:b w:val="0"/>
          <w:sz w:val="20"/>
        </w:rPr>
        <w:t>Wysokość budynku (m): _________________________________________________________</w:t>
      </w:r>
    </w:p>
    <w:p/>
    <w:p>
      <w:r>
        <w:rPr>
          <w:b/>
          <w:sz w:val="20"/>
        </w:rPr>
        <w:t>III. OŚWIADCZENIA WNIOSKODAWCY</w:t>
      </w:r>
    </w:p>
    <w:p>
      <w:r>
        <w:rPr>
          <w:b w:val="0"/>
          <w:sz w:val="20"/>
        </w:rPr>
        <w:t>1. Oświadczam, że planowana inwestycja jest zgodna z miejscowym planem zagospodarowania przestrzennego lub decyzją o warunkach zabudowy.</w:t>
      </w:r>
    </w:p>
    <w:p>
      <w:r>
        <w:rPr>
          <w:b w:val="0"/>
          <w:sz w:val="20"/>
        </w:rPr>
        <w:t>2. Oświadczam, że posiadam prawo do dysponowania nieruchomością na cele budowlane.</w:t>
      </w:r>
    </w:p>
    <w:p>
      <w:r>
        <w:rPr>
          <w:b w:val="0"/>
          <w:sz w:val="20"/>
        </w:rPr>
        <w:t>3. Oświadczam, że inwestycja nie narusza praw osób trzecich oraz przepisów prawa.</w:t>
      </w:r>
    </w:p>
    <w:p>
      <w:r>
        <w:rPr>
          <w:b w:val="0"/>
          <w:sz w:val="20"/>
        </w:rPr>
        <w:t>4. Oświadczam, że będą zachowane wymagania dotyczące ochrony środowiska, bezpieczeństwa i higieny pracy oraz ochrony przeciwpożarowej.</w:t>
      </w:r>
    </w:p>
    <w:p/>
    <w:p>
      <w:r>
        <w:rPr>
          <w:b/>
          <w:sz w:val="20"/>
        </w:rPr>
        <w:t>IV. ZAŁĄCZNIKI</w:t>
      </w:r>
    </w:p>
    <w:p>
      <w:r>
        <w:rPr>
          <w:b w:val="0"/>
          <w:sz w:val="20"/>
        </w:rPr>
        <w:t>1. Mapa sytuacyjno-wysokościowa działki z zaznaczeniem planowanej inwestycji.</w:t>
      </w:r>
    </w:p>
    <w:p>
      <w:r>
        <w:rPr>
          <w:b w:val="0"/>
          <w:sz w:val="20"/>
        </w:rPr>
        <w:t>2. Projekt budowlany domku letniskowego.</w:t>
      </w:r>
    </w:p>
    <w:p>
      <w:r>
        <w:rPr>
          <w:b w:val="0"/>
          <w:sz w:val="20"/>
        </w:rPr>
        <w:t>3. Dokument potwierdzający prawo do dysponowania nieruchomością na cele budowlane.</w:t>
      </w:r>
    </w:p>
    <w:p>
      <w:r>
        <w:rPr>
          <w:b w:val="0"/>
          <w:sz w:val="20"/>
        </w:rPr>
        <w:t>4. Inne dokumenty wymagane przepisami prawa (jeśli dotyczy).</w:t>
      </w:r>
    </w:p>
    <w:p/>
    <w:p>
      <w:r>
        <w:rPr>
          <w:b/>
          <w:sz w:val="20"/>
        </w:rPr>
        <w:t>V. PODPIS WNIOSKODAWCY</w:t>
      </w:r>
    </w:p>
    <w:p>
      <w:r>
        <w:rPr>
          <w:b w:val="0"/>
          <w:sz w:val="20"/>
        </w:rPr>
        <w:t>Miejsce: ____________________________________</w:t>
      </w:r>
    </w:p>
    <w:p>
      <w:r>
        <w:rPr>
          <w:b w:val="0"/>
          <w:sz w:val="20"/>
        </w:rPr>
        <w:t>Data: ______________________________________</w:t>
      </w:r>
    </w:p>
    <w:p/>
    <w:p/>
    <w:p>
      <w:r>
        <w:rPr>
          <w:b w:val="0"/>
          <w:sz w:val="20"/>
        </w:rPr>
        <w:t>Podpis: _________________________________________________________________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WNIOSEK PRZYJĄŁ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WNIOSEK ROZPATRZYŁ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pieczątka: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pieczątka: 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https://dokumenty-pro.com/wzor-zgloszenia-budowy-domku-letniskowego/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zgloszenia-budowy-domku-letniskowego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