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WZÓR WYPOWIEDZENIA UMOWY O PROWADZENIE RACHUNKU BANKOWEGO</w:t>
      </w:r>
    </w:p>
    <w:p/>
    <w:p/>
    <w:p>
      <w:r>
        <w:rPr>
          <w:b/>
          <w:sz w:val="20"/>
        </w:rPr>
        <w:t>Dane Klienta:</w:t>
      </w:r>
    </w:p>
    <w:p>
      <w:r>
        <w:rPr>
          <w:b w:val="0"/>
          <w:sz w:val="20"/>
        </w:rPr>
        <w:t>Imię i nazwisko / Nazwa firmy : ________________________________________________</w:t>
      </w:r>
    </w:p>
    <w:p>
      <w:r>
        <w:rPr>
          <w:b w:val="0"/>
          <w:sz w:val="20"/>
        </w:rPr>
        <w:t>Adres zamieszkania / Siedziba firmy : __________________________________________</w:t>
      </w:r>
    </w:p>
    <w:p>
      <w:r>
        <w:rPr>
          <w:b w:val="0"/>
          <w:sz w:val="20"/>
        </w:rPr>
        <w:t>PESEL/NIP : _________________________________________________________________</w:t>
      </w:r>
    </w:p>
    <w:p>
      <w:r>
        <w:rPr>
          <w:b w:val="0"/>
          <w:sz w:val="20"/>
        </w:rPr>
        <w:t>Nr dowodu osobistego / REGON : ________________________________________________</w:t>
      </w:r>
    </w:p>
    <w:p/>
    <w:p>
      <w:r>
        <w:rPr>
          <w:b/>
          <w:sz w:val="20"/>
        </w:rPr>
        <w:t>Dane Banku:</w:t>
      </w:r>
    </w:p>
    <w:p>
      <w:r>
        <w:rPr>
          <w:b w:val="0"/>
          <w:sz w:val="20"/>
        </w:rPr>
        <w:t>Plus Bank S.A.</w:t>
      </w:r>
    </w:p>
    <w:p>
      <w:r>
        <w:rPr>
          <w:b w:val="0"/>
          <w:sz w:val="20"/>
        </w:rPr>
        <w:t>ul. ____________________________</w:t>
      </w:r>
    </w:p>
    <w:p>
      <w:r>
        <w:rPr>
          <w:b w:val="0"/>
          <w:sz w:val="20"/>
        </w:rPr>
        <w:t>____________________________</w:t>
      </w:r>
    </w:p>
    <w:p/>
    <w:p/>
    <w:p>
      <w:r>
        <w:rPr>
          <w:b w:val="0"/>
          <w:sz w:val="20"/>
        </w:rPr>
        <w:t>Miejsce : ____________________________    Data : ____________________________</w:t>
      </w:r>
    </w:p>
    <w:p/>
    <w:p/>
    <w:p>
      <w:pPr>
        <w:jc w:val="center"/>
      </w:pPr>
      <w:r>
        <w:rPr>
          <w:b/>
          <w:sz w:val="20"/>
        </w:rPr>
        <w:t>OŚWIADCZENIE O WYPOWIEDZENIU UMOWY</w:t>
      </w:r>
    </w:p>
    <w:p/>
    <w:p/>
    <w:p>
      <w:r>
        <w:rPr>
          <w:b w:val="0"/>
          <w:sz w:val="20"/>
        </w:rPr>
        <w:t>Na podstawie art. 56 ustawy z dnia 29 sierpnia 1997 r. – Prawo bankowe (Dz. U. z 2023 r. poz. 1408 ze zm.),</w:t>
      </w:r>
    </w:p>
    <w:p>
      <w:r>
        <w:rPr>
          <w:b w:val="0"/>
          <w:sz w:val="20"/>
        </w:rPr>
        <w:t>niniejszym wypowiadam umowę o prowadzenie rachunku bankowego w Plus Banku S.A. o numerze rachunku:</w:t>
      </w:r>
    </w:p>
    <w:p>
      <w:r>
        <w:rPr>
          <w:b w:val="0"/>
          <w:sz w:val="20"/>
        </w:rPr>
        <w:t>_____________________________________________________________________________</w:t>
      </w:r>
    </w:p>
    <w:p/>
    <w:p>
      <w:r>
        <w:rPr>
          <w:b w:val="0"/>
          <w:sz w:val="20"/>
        </w:rPr>
        <w:t>Proszę o zamknięcie rachunku i rozliczenie wszelkich należności wynikających z umowy.</w:t>
      </w:r>
    </w:p>
    <w:p/>
    <w:p>
      <w:r>
        <w:rPr>
          <w:b w:val="0"/>
          <w:sz w:val="20"/>
        </w:rPr>
        <w:t>Jednocześnie oświadczam, że nie posiadam żadnych zobowiązań wobec Banku wynikających z tytułu umowy o prowadzenie rachunku.</w:t>
      </w:r>
    </w:p>
    <w:p/>
    <w:p>
      <w:r>
        <w:rPr>
          <w:b w:val="0"/>
          <w:sz w:val="20"/>
        </w:rPr>
        <w:t>Proszę o potwierdzenie rozwiązania umowy na podany powyżej adres.</w:t>
      </w:r>
    </w:p>
    <w:p/>
    <w:p/>
    <w:p>
      <w:pPr>
        <w:jc w:val="center"/>
      </w:pPr>
      <w:r>
        <w:rPr>
          <w:b w:val="0"/>
          <w:sz w:val="20"/>
        </w:rPr>
        <w:t>...................................................</w:t>
      </w:r>
    </w:p>
    <w:p>
      <w:pPr>
        <w:jc w:val="center"/>
      </w:pPr>
      <w:r>
        <w:rPr>
          <w:b w:val="0"/>
          <w:sz w:val="20"/>
        </w:rPr>
        <w:t>Podpis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Osoba wypowiadająca umowę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Stanowisko / Uwagi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https://dokumenty-pro.com/wzor-wypowiedzenia-konta-plus-bank/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wzor-wypowiedzenia-konta-plus-bank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