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WZÓR TESTAMENTU ODRĘCZNEGO</w:t>
      </w:r>
    </w:p>
    <w:p/>
    <w:p/>
    <w:p>
      <w:r>
        <w:rPr>
          <w:b/>
          <w:sz w:val="20"/>
        </w:rPr>
        <w:t>Ja, niżej podpisany/a, oświadczam, co następuje:</w:t>
      </w:r>
    </w:p>
    <w:p/>
    <w:p>
      <w:r>
        <w:rPr>
          <w:b/>
          <w:sz w:val="20"/>
        </w:rPr>
        <w:t>§ 1</w:t>
      </w:r>
    </w:p>
    <w:p>
      <w:r>
        <w:rPr>
          <w:b w:val="0"/>
          <w:sz w:val="20"/>
        </w:rPr>
        <w:t>Testament niniejszy sporządzam własnoręcznie, świadomy/a znaczenia moich słów i czynów oraz w pełni władz umysłowych.</w:t>
      </w:r>
    </w:p>
    <w:p/>
    <w:p>
      <w:r>
        <w:rPr>
          <w:b/>
          <w:sz w:val="20"/>
        </w:rPr>
        <w:t>§ 2</w:t>
      </w:r>
    </w:p>
    <w:p>
      <w:r>
        <w:rPr>
          <w:b w:val="0"/>
          <w:sz w:val="20"/>
        </w:rPr>
        <w:t>Odwołuję wszystkie poprzednie testamenty oraz wszelkie oświadczenia testamentowe złożone przeze mnie wcześniej.</w:t>
      </w:r>
    </w:p>
    <w:p/>
    <w:p>
      <w:r>
        <w:rPr>
          <w:b/>
          <w:sz w:val="20"/>
        </w:rPr>
        <w:t>§ 3</w:t>
      </w:r>
    </w:p>
    <w:p>
      <w:r>
        <w:rPr>
          <w:b w:val="0"/>
          <w:sz w:val="20"/>
        </w:rPr>
        <w:t>Powołuję do dziedziczenia po mojej śmierci następujące osoby oraz rozporządzam moim majątkiem w sposób następujący:</w:t>
      </w:r>
    </w:p>
    <w:p>
      <w:r>
        <w:rPr>
          <w:b w:val="0"/>
          <w:sz w:val="20"/>
        </w:rPr>
        <w:t>................................................................................................................</w:t>
      </w:r>
    </w:p>
    <w:p>
      <w:r>
        <w:rPr>
          <w:b w:val="0"/>
          <w:sz w:val="20"/>
        </w:rPr>
        <w:t>................................................................................................................</w:t>
      </w:r>
    </w:p>
    <w:p>
      <w:r>
        <w:rPr>
          <w:b w:val="0"/>
          <w:sz w:val="20"/>
        </w:rPr>
        <w:t>................................................................................................................</w:t>
      </w:r>
    </w:p>
    <w:p/>
    <w:p>
      <w:r>
        <w:rPr>
          <w:b/>
          <w:sz w:val="20"/>
        </w:rPr>
        <w:t>§ 4</w:t>
      </w:r>
    </w:p>
    <w:p>
      <w:r>
        <w:rPr>
          <w:b w:val="0"/>
          <w:sz w:val="20"/>
        </w:rPr>
        <w:t>W przypadku śmierci któregokolwiek z powołanych spadkobierców, jego udział przypada jego potomkom zgodnie z ustawą.</w:t>
      </w:r>
    </w:p>
    <w:p/>
    <w:p>
      <w:r>
        <w:rPr>
          <w:b/>
          <w:sz w:val="20"/>
        </w:rPr>
        <w:t>§ 5</w:t>
      </w:r>
    </w:p>
    <w:p>
      <w:r>
        <w:rPr>
          <w:b w:val="0"/>
          <w:sz w:val="20"/>
        </w:rPr>
        <w:t>Wyznaczam wykonawcę testamentu w osobie:</w:t>
      </w:r>
    </w:p>
    <w:p>
      <w:r>
        <w:rPr>
          <w:b w:val="0"/>
          <w:sz w:val="20"/>
        </w:rPr>
        <w:t>Imię i nazwisko: __________________________________________________________</w:t>
      </w:r>
    </w:p>
    <w:p>
      <w:r>
        <w:rPr>
          <w:b w:val="0"/>
          <w:sz w:val="20"/>
        </w:rPr>
        <w:t>Adres zamieszkania: ________________________________________________________</w:t>
      </w:r>
    </w:p>
    <w:p/>
    <w:p>
      <w:r>
        <w:rPr>
          <w:b/>
          <w:sz w:val="20"/>
        </w:rPr>
        <w:t>§ 6</w:t>
      </w:r>
    </w:p>
    <w:p>
      <w:r>
        <w:rPr>
          <w:b w:val="0"/>
          <w:sz w:val="20"/>
        </w:rPr>
        <w:t>Wszelkie spory wynikłe z wykonania niniejszego testamentu mają być rozstrzygane zgodnie z obowiązującym prawem Rzeczypospolitej Polskiej.</w:t>
      </w:r>
    </w:p>
    <w:p/>
    <w:p>
      <w:r>
        <w:rPr>
          <w:b/>
          <w:sz w:val="20"/>
        </w:rPr>
        <w:t>§ 7</w:t>
      </w:r>
    </w:p>
    <w:p>
      <w:r>
        <w:rPr>
          <w:b w:val="0"/>
          <w:sz w:val="20"/>
        </w:rPr>
        <w:t>Testament sporządzony własnoręcznie przeze mnie, niżej podpisanego/a, w stanie pełnej świadomości i bez przymusu.</w:t>
      </w:r>
    </w:p>
    <w:p/>
    <w:p/>
    <w:p>
      <w:r>
        <w:rPr>
          <w:b w:val="0"/>
          <w:sz w:val="20"/>
        </w:rPr>
        <w:t>Miejscowość: ____________________________________________</w:t>
      </w:r>
    </w:p>
    <w:p>
      <w:r>
        <w:rPr>
          <w:b w:val="0"/>
          <w:sz w:val="20"/>
        </w:rPr>
        <w:t>Data: 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Podpis testatora/testatorki:</w:t>
            </w:r>
          </w:p>
        </w:tc>
      </w:tr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br/>
              <w:br/>
              <w:t>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Oryginalne zrodlo tego dokumentu: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https://dokumenty-pro.com/wzor-testamentu-odrecznego/</w:t>
        </w:r>
      </w:hyperlink>
    </w:p>
    <w:p>
      <w:pPr>
        <w:jc w:val="center"/>
      </w:pPr>
      <w:r>
        <w:rPr>
          <w:color w:val="555555"/>
          <w:sz w:val="26"/>
        </w:rPr>
        <w:t>Czy ten wzor byl dla Ciebie pomocny?</w:t>
      </w:r>
    </w:p>
    <w:p>
      <w:pPr>
        <w:jc w:val="center"/>
      </w:pPr>
      <w:r>
        <w:rPr>
          <w:color w:val="555555"/>
          <w:sz w:val="26"/>
        </w:rPr>
        <w:t>Znajdz inne zaktualizowane wzory na stronie: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https://dokumenty-pro.com</w:t>
        </w:r>
      </w:hyperlink>
    </w:p>
    <w:p>
      <w:pPr>
        <w:jc w:val="center"/>
      </w:pPr>
      <w:r>
        <w:rPr>
          <w:color w:val="808080"/>
          <w:sz w:val="20"/>
        </w:rPr>
        <w:t>Ten wzor jest przeznaczony wylacznie do uzytku osobistego i niekomercyjnego.</w:t>
        <w:br/>
        <w:t>Kazde udostepnienie lub publikacja musi zawierac wskazanie zrodla. © dokumenty-pro.com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kumenty-pro.com/wzor-testamentu-odrecznego/" TargetMode="External"/><Relationship Id="rId10" Type="http://schemas.openxmlformats.org/officeDocument/2006/relationships/hyperlink" Target="https://dokumenty-pr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