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WZÓR PISMA O OPUSZCZENIE LOKALU MIESZKALNEGO</w:t>
      </w:r>
    </w:p>
    <w:p/>
    <w:p/>
    <w:p>
      <w:r>
        <w:rPr>
          <w:b/>
          <w:sz w:val="20"/>
        </w:rPr>
        <w:t>Dane Nadawcy: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Adres zamieszkania: _____________________________________________</w:t>
      </w:r>
    </w:p>
    <w:p>
      <w:r>
        <w:rPr>
          <w:b w:val="0"/>
          <w:sz w:val="20"/>
        </w:rPr>
        <w:t>Telefon: ________________________________________________________</w:t>
      </w:r>
    </w:p>
    <w:p/>
    <w:p>
      <w:r>
        <w:rPr>
          <w:b/>
          <w:sz w:val="20"/>
        </w:rPr>
        <w:t>Dane Adresata:</w:t>
      </w:r>
    </w:p>
    <w:p>
      <w:r>
        <w:rPr>
          <w:b w:val="0"/>
          <w:sz w:val="20"/>
        </w:rPr>
        <w:t>Imię i nazwisko / Nazwa firmy: _________________________________</w:t>
      </w:r>
    </w:p>
    <w:p>
      <w:r>
        <w:rPr>
          <w:b w:val="0"/>
          <w:sz w:val="20"/>
        </w:rPr>
        <w:t>Adres lokalu: _________________________________________________</w:t>
      </w:r>
    </w:p>
    <w:p/>
    <w:p/>
    <w:p>
      <w:r>
        <w:rPr>
          <w:b/>
          <w:sz w:val="20"/>
        </w:rPr>
        <w:t>Dotyczy: Opuszczenie lokalu mieszkalnego</w:t>
      </w:r>
    </w:p>
    <w:p/>
    <w:p/>
    <w:p>
      <w:r>
        <w:rPr>
          <w:b w:val="0"/>
          <w:sz w:val="20"/>
        </w:rPr>
        <w:t>Szanowni Państwo,</w:t>
      </w:r>
    </w:p>
    <w:p/>
    <w:p>
      <w:r>
        <w:rPr>
          <w:b w:val="0"/>
          <w:sz w:val="20"/>
        </w:rPr>
        <w:t>Niniejszym informuję, że zgodnie z obowiązującymi przepisami prawa oraz zawartymi umowami, opuszczam lokal mieszkalny położony pod adresem wskazanym powyżej, w terminie określonym w umowie najmu lub innym obowiązującym porozumieniu.</w:t>
      </w:r>
    </w:p>
    <w:p/>
    <w:p>
      <w:r>
        <w:rPr>
          <w:b w:val="0"/>
          <w:sz w:val="20"/>
        </w:rPr>
        <w:t>Proszę o dokonanie wszelkich niezbędnych formalności związanych z zakończeniem najmu oraz przyjęciem lokalu w stanie zgodnym z umową.</w:t>
      </w:r>
    </w:p>
    <w:p/>
    <w:p>
      <w:r>
        <w:rPr>
          <w:b w:val="0"/>
          <w:sz w:val="20"/>
        </w:rPr>
        <w:t>Jednocześnie informuję, że wszelkie należności wynikające z umowy najmu zostaną uregulowane zgodnie z obowiązującymi warunkami.</w:t>
      </w:r>
    </w:p>
    <w:p/>
    <w:p>
      <w:r>
        <w:rPr>
          <w:b w:val="0"/>
          <w:sz w:val="20"/>
        </w:rPr>
        <w:t>Proszę o kontakt celem ustalenia szczegółów dotyczących przekazania lokalu oraz rozliczenia kaucji.</w:t>
      </w:r>
    </w:p>
    <w:p/>
    <w:p/>
    <w:p>
      <w:r>
        <w:rPr>
          <w:b w:val="0"/>
          <w:sz w:val="20"/>
        </w:rPr>
        <w:t>Z poważaniem,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Podpis Nadawcy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Przyjmujący lokal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Opuszczający lokal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https://dokumenty-pro.com/wzor-pisma-o-opuszczenie-lokalu-mieszkalnego/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wzor-pisma-o-opuszczenie-lokalu-mieszkalnego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