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22"/>
        </w:rPr>
        <w:t>Dyrektor Zakładu Karnego</w:t>
      </w:r>
    </w:p>
    <w:p>
      <w:r>
        <w:rPr>
          <w:b w:val="0"/>
          <w:sz w:val="22"/>
        </w:rPr>
        <w:t>________________________________________</w:t>
      </w:r>
    </w:p>
    <w:p>
      <w:r>
        <w:rPr>
          <w:b/>
          <w:sz w:val="22"/>
        </w:rPr>
        <w:t>Adres:</w:t>
      </w:r>
    </w:p>
    <w:p>
      <w:r>
        <w:rPr>
          <w:b w:val="0"/>
          <w:sz w:val="22"/>
        </w:rPr>
        <w:t>________________________________________</w:t>
      </w:r>
    </w:p>
    <w:p/>
    <w:p/>
    <w:p>
      <w:r>
        <w:rPr>
          <w:b/>
          <w:sz w:val="22"/>
        </w:rPr>
        <w:t>Nadawca:</w:t>
      </w:r>
    </w:p>
    <w:p>
      <w:r>
        <w:rPr>
          <w:b w:val="0"/>
          <w:sz w:val="22"/>
        </w:rPr>
        <w:t>Imię i nazwisko: ____________________________________________</w:t>
      </w:r>
    </w:p>
    <w:p>
      <w:r>
        <w:rPr>
          <w:b w:val="0"/>
          <w:sz w:val="22"/>
        </w:rPr>
        <w:t>Numer więźnia: _______________________________________________</w:t>
      </w:r>
    </w:p>
    <w:p>
      <w:r>
        <w:rPr>
          <w:b w:val="0"/>
          <w:sz w:val="22"/>
        </w:rPr>
        <w:t>Zakład karny: ________________________________________________</w:t>
      </w:r>
    </w:p>
    <w:p/>
    <w:p/>
    <w:p>
      <w:pPr>
        <w:jc w:val="center"/>
      </w:pPr>
      <w:r>
        <w:rPr>
          <w:b/>
          <w:sz w:val="22"/>
        </w:rPr>
        <w:t>WZÓR PISMA O PRZENIESIENIE</w:t>
      </w:r>
    </w:p>
    <w:p/>
    <w:p/>
    <w:p>
      <w:r>
        <w:rPr>
          <w:b w:val="0"/>
          <w:sz w:val="22"/>
        </w:rPr>
        <w:t>Szanowny Panie Dyrektorze,</w:t>
      </w:r>
    </w:p>
    <w:p/>
    <w:p>
      <w:r>
        <w:rPr>
          <w:b w:val="0"/>
          <w:sz w:val="22"/>
        </w:rPr>
        <w:t>Zwracam się z uprzejmą prośbą o rozpatrzenie możliwości przeniesienia mnie do innego zakładu karnego. Poniżej podaję uzasadnienie mojej prośby:</w:t>
      </w:r>
    </w:p>
    <w:p/>
    <w:p>
      <w:r>
        <w:rPr>
          <w:b/>
          <w:sz w:val="22"/>
        </w:rPr>
        <w:t>1. Powód przeniesienia:</w:t>
      </w:r>
    </w:p>
    <w:p>
      <w:r>
        <w:rPr>
          <w:b w:val="0"/>
          <w:sz w:val="22"/>
        </w:rPr>
        <w:t>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</w:t>
      </w:r>
    </w:p>
    <w:p/>
    <w:p>
      <w:r>
        <w:rPr>
          <w:b/>
          <w:sz w:val="22"/>
        </w:rPr>
        <w:t>2. Informacje dodatkowe:</w:t>
      </w:r>
    </w:p>
    <w:p>
      <w:r>
        <w:rPr>
          <w:b w:val="0"/>
          <w:sz w:val="22"/>
        </w:rPr>
        <w:t>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</w:t>
      </w:r>
    </w:p>
    <w:p/>
    <w:p>
      <w:r>
        <w:rPr>
          <w:b w:val="0"/>
          <w:sz w:val="22"/>
        </w:rPr>
        <w:t>Proszę o pozytywne rozpatrzenie mojej prośby i poinformowanie mnie o podjętej decyzji.</w:t>
      </w:r>
    </w:p>
    <w:p/>
    <w:p/>
    <w:p>
      <w:r>
        <w:rPr>
          <w:b w:val="0"/>
          <w:sz w:val="22"/>
        </w:rPr>
        <w:t>Z poważaniem,</w:t>
      </w:r>
    </w:p>
    <w:p/>
    <w:p/>
    <w:p/>
    <w:p/>
    <w:p>
      <w:pPr>
        <w:jc w:val="center"/>
      </w:pPr>
      <w:r>
        <w:rPr>
          <w:b w:val="0"/>
          <w:sz w:val="22"/>
        </w:rPr>
        <w:t>....................................................................</w:t>
      </w:r>
    </w:p>
    <w:p>
      <w:pPr>
        <w:jc w:val="center"/>
      </w:pPr>
      <w:r>
        <w:rPr>
          <w:b w:val="0"/>
          <w:sz w:val="22"/>
        </w:rPr>
        <w:t>Podpis więźnia</w:t>
      </w:r>
    </w:p>
    <w:p/>
    <w:p/>
    <w:p>
      <w:r>
        <w:rPr>
          <w:b w:val="0"/>
          <w:sz w:val="22"/>
        </w:rPr>
        <w:t>Miejsce: _____________________________    Data: 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Przyjął (imię i nazwisko)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Potwierdzam odbiór (imię i nazwisko)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https://dokumenty-pro.com/wzor-pisma-do-dyrektora-zakladu-karnego-o-przeniesienie/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https://dokumenty-pro.com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dokumenty-pro.com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y-pro.com/wzor-pisma-do-dyrektora-zakladu-karnego-o-przeniesienie/" TargetMode="External"/><Relationship Id="rId10" Type="http://schemas.openxmlformats.org/officeDocument/2006/relationships/hyperlink" Target="https://dokumenty-p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