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OGŁOSZENIA SPRZEDAŻY MIESZKANIA</w:t>
      </w:r>
    </w:p>
    <w:p/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Powierzchnia mieszkania: __________________ m²</w:t>
      </w:r>
    </w:p>
    <w:p>
      <w:r>
        <w:rPr>
          <w:b w:val="0"/>
          <w:sz w:val="20"/>
        </w:rPr>
        <w:t>Liczba pokoi: ________________</w:t>
      </w:r>
    </w:p>
    <w:p>
      <w:r>
        <w:rPr>
          <w:b w:val="0"/>
          <w:sz w:val="20"/>
        </w:rPr>
        <w:t>Piętro: _______________________</w:t>
      </w:r>
    </w:p>
    <w:p>
      <w:r>
        <w:rPr>
          <w:b w:val="0"/>
          <w:sz w:val="20"/>
        </w:rPr>
        <w:t>Rok budowy: ___________________</w:t>
      </w:r>
    </w:p>
    <w:p>
      <w:r>
        <w:rPr>
          <w:b w:val="0"/>
          <w:sz w:val="20"/>
        </w:rPr>
        <w:t>Stan mieszkania: ______________________________________________________</w:t>
      </w:r>
    </w:p>
    <w:p>
      <w:r>
        <w:rPr>
          <w:b w:val="0"/>
          <w:sz w:val="20"/>
        </w:rPr>
        <w:t>Opis dodatkowy: ________________________________________________________</w:t>
      </w:r>
    </w:p>
    <w:p/>
    <w:p/>
    <w:p>
      <w:r>
        <w:rPr>
          <w:b/>
          <w:sz w:val="20"/>
        </w:rPr>
        <w:t>Cena i warunki sprzedaży:</w:t>
      </w:r>
    </w:p>
    <w:p>
      <w:r>
        <w:rPr>
          <w:b w:val="0"/>
          <w:sz w:val="20"/>
        </w:rPr>
        <w:t>Cena sprzedaży: __________________ PLN</w:t>
      </w:r>
    </w:p>
    <w:p>
      <w:r>
        <w:rPr>
          <w:b w:val="0"/>
          <w:sz w:val="20"/>
        </w:rPr>
        <w:t>Możliwość negocjacji: Tak / Nie</w:t>
      </w:r>
    </w:p>
    <w:p>
      <w:r>
        <w:rPr>
          <w:b w:val="0"/>
          <w:sz w:val="20"/>
        </w:rPr>
        <w:t>Forma płatności: _______________________________________________________</w:t>
      </w:r>
    </w:p>
    <w:p/>
    <w:p/>
    <w:p>
      <w:r>
        <w:rPr>
          <w:b/>
          <w:sz w:val="20"/>
        </w:rPr>
        <w:t>Dane sprzedającego:</w:t>
      </w:r>
    </w:p>
    <w:p>
      <w:r>
        <w:rPr>
          <w:b w:val="0"/>
          <w:sz w:val="20"/>
        </w:rPr>
        <w:t>Imię i nazwisko / Nazwa firmy: ___________________________________________</w:t>
      </w:r>
    </w:p>
    <w:p>
      <w:r>
        <w:rPr>
          <w:b w:val="0"/>
          <w:sz w:val="20"/>
        </w:rPr>
        <w:t>Adres zamieszkania / siedziby: ___________________________________________</w:t>
      </w:r>
    </w:p>
    <w:p>
      <w:r>
        <w:rPr>
          <w:b w:val="0"/>
          <w:sz w:val="20"/>
        </w:rPr>
        <w:t>Telefon kontaktowy: 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Opis ogłoszenia:</w:t>
      </w:r>
    </w:p>
    <w:p>
      <w:r>
        <w:rPr>
          <w:b w:val="0"/>
          <w:sz w:val="20"/>
        </w:rPr>
        <w:t>Sprzedam mieszkanie o powyższych parametrach. Mieszkanie znajduje się w dogodnej lokalizacji, w pobliżu sklepów, szkół i komunikacji miejskiej. Idealne zarówno dla rodziny, jak i pod inwestycję. Zapraszam zainteresowanych do kontaktu i obejrzenia nieruchomości.</w:t>
      </w:r>
    </w:p>
    <w:p/>
    <w:p/>
    <w:p>
      <w:r>
        <w:rPr>
          <w:b/>
          <w:sz w:val="20"/>
        </w:rPr>
        <w:t>Informacje dodatkowe:</w:t>
      </w:r>
    </w:p>
    <w:p>
      <w:r>
        <w:rPr>
          <w:b w:val="0"/>
          <w:sz w:val="20"/>
        </w:rPr>
        <w:t>Stan prawny nieruchomości: ______________________________________________</w:t>
      </w:r>
    </w:p>
    <w:p>
      <w:r>
        <w:rPr>
          <w:b w:val="0"/>
          <w:sz w:val="20"/>
        </w:rPr>
        <w:t>Możliwość finansowania: __________________________________________________</w:t>
      </w:r>
    </w:p>
    <w:p>
      <w:r>
        <w:rPr>
          <w:b w:val="0"/>
          <w:sz w:val="20"/>
        </w:rPr>
        <w:t>Dostępne media: _________________________________________________________</w:t>
      </w:r>
    </w:p>
    <w:p>
      <w:r>
        <w:rPr>
          <w:b w:val="0"/>
          <w:sz w:val="20"/>
        </w:rPr>
        <w:t>Termin wydania: _________________________________________________________</w:t>
      </w:r>
    </w:p>
    <w:p/>
    <w:p/>
    <w:p>
      <w:r>
        <w:rPr>
          <w:b w:val="0"/>
          <w:sz w:val="20"/>
        </w:rPr>
        <w:t>Miejsce, Data: 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sprzedającego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https://dokumenty-pro.com/wzor-ogloszenia-sprzedazy-mieszkania/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ogloszenia-sprzedazy-mieszkani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