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WZÓR ODWOŁANIA OD EGZAMINU ZAWODOWEGO</w:t>
      </w:r>
    </w:p>
    <w:p/>
    <w:p/>
    <w:p>
      <w:r>
        <w:rPr>
          <w:b w:val="0"/>
          <w:sz w:val="20"/>
        </w:rPr>
        <w:t>Do:</w:t>
      </w:r>
    </w:p>
    <w:p>
      <w:r>
        <w:rPr>
          <w:b w:val="0"/>
          <w:sz w:val="20"/>
        </w:rPr>
        <w:t>Okręgowa Komisja Egzaminacyjna</w:t>
      </w:r>
    </w:p>
    <w:p>
      <w:r>
        <w:rPr>
          <w:b w:val="0"/>
          <w:sz w:val="20"/>
        </w:rPr>
        <w:t>ul. ___________________________________________</w:t>
      </w:r>
    </w:p>
    <w:p>
      <w:r>
        <w:rPr>
          <w:b w:val="0"/>
          <w:sz w:val="20"/>
        </w:rPr>
        <w:t>______________________________________________</w:t>
      </w:r>
    </w:p>
    <w:p/>
    <w:p/>
    <w:p>
      <w:r>
        <w:rPr>
          <w:b/>
          <w:sz w:val="20"/>
        </w:rPr>
        <w:t>Dane osoby odwołującej się:</w:t>
      </w:r>
    </w:p>
    <w:p>
      <w:r>
        <w:rPr>
          <w:b w:val="0"/>
          <w:sz w:val="20"/>
        </w:rPr>
        <w:t>Imię i nazwisko: ____________________________________________</w:t>
      </w:r>
    </w:p>
    <w:p>
      <w:r>
        <w:rPr>
          <w:b w:val="0"/>
          <w:sz w:val="20"/>
        </w:rPr>
        <w:t>Adres zamieszkania: _________________________________________</w:t>
      </w:r>
    </w:p>
    <w:p>
      <w:r>
        <w:rPr>
          <w:b w:val="0"/>
          <w:sz w:val="20"/>
        </w:rPr>
        <w:t>___________________________________________________________</w:t>
      </w:r>
    </w:p>
    <w:p>
      <w:r>
        <w:rPr>
          <w:b w:val="0"/>
          <w:sz w:val="20"/>
        </w:rPr>
        <w:t>Nr PESEL: ____________________</w:t>
      </w:r>
    </w:p>
    <w:p>
      <w:r>
        <w:rPr>
          <w:b w:val="0"/>
          <w:sz w:val="20"/>
        </w:rPr>
        <w:t>Telefon kontaktowy: _________________________________________</w:t>
      </w:r>
    </w:p>
    <w:p/>
    <w:p/>
    <w:p>
      <w:r>
        <w:rPr>
          <w:b w:val="0"/>
          <w:sz w:val="20"/>
        </w:rPr>
        <w:t>Miejscowość: __________________________________</w:t>
      </w:r>
    </w:p>
    <w:p>
      <w:r>
        <w:rPr>
          <w:b w:val="0"/>
          <w:sz w:val="20"/>
        </w:rPr>
        <w:t>Data: ________________________________________</w:t>
      </w:r>
    </w:p>
    <w:p/>
    <w:p/>
    <w:p>
      <w:pPr>
        <w:jc w:val="center"/>
      </w:pPr>
      <w:r>
        <w:rPr>
          <w:b/>
          <w:sz w:val="20"/>
        </w:rPr>
        <w:t>ODWOŁANIE OD WYNIKU EGZAMINU ZAWODOWEGO</w:t>
      </w:r>
    </w:p>
    <w:p/>
    <w:p/>
    <w:p>
      <w:r>
        <w:rPr>
          <w:b w:val="0"/>
          <w:sz w:val="20"/>
        </w:rPr>
        <w:t>Na podstawie art. 44 ustawy z dnia 22 listopada 2013 r. o systemie oświaty oraz § 31 ust. 1 rozporządzenia Ministra Edukacji Narodowej z dnia 30 kwietnia 2019 r. w sprawie warunków i sposobu organizowania oraz przeprowadzania egzaminów w kwalifikacjach w zawodach, składam odwołanie od wyniku egzaminu zawodowego przeprowadzonego dnia ____________________ w zakresie kwalifikacji __________________________________.</w:t>
      </w:r>
    </w:p>
    <w:p/>
    <w:p>
      <w:r>
        <w:rPr>
          <w:b/>
          <w:sz w:val="20"/>
        </w:rPr>
        <w:t>Uzasadnienie odwołania:</w:t>
      </w:r>
    </w:p>
    <w:p>
      <w:r>
        <w:rPr>
          <w:b w:val="0"/>
          <w:sz w:val="20"/>
        </w:rPr>
        <w:t>..............................................................................................................</w:t>
      </w:r>
    </w:p>
    <w:p>
      <w:r>
        <w:rPr>
          <w:b w:val="0"/>
          <w:sz w:val="20"/>
        </w:rPr>
        <w:t>..............................................................................................................</w:t>
      </w:r>
    </w:p>
    <w:p>
      <w:r>
        <w:rPr>
          <w:b w:val="0"/>
          <w:sz w:val="20"/>
        </w:rPr>
        <w:t>..............................................................................................................</w:t>
      </w:r>
    </w:p>
    <w:p>
      <w:r>
        <w:rPr>
          <w:b w:val="0"/>
          <w:sz w:val="20"/>
        </w:rPr>
        <w:t>..............................................................................................................</w:t>
      </w:r>
    </w:p>
    <w:p>
      <w:r>
        <w:rPr>
          <w:b w:val="0"/>
          <w:sz w:val="20"/>
        </w:rPr>
        <w:t>..............................................................................................................</w:t>
      </w:r>
    </w:p>
    <w:p/>
    <w:p>
      <w:r>
        <w:rPr>
          <w:b w:val="0"/>
          <w:sz w:val="20"/>
        </w:rPr>
        <w:t>Proszę o ponowne rozpatrzenie mojego egzaminu oraz ponowne ustalenie wyniku.</w:t>
      </w:r>
    </w:p>
    <w:p/>
    <w:p/>
    <w:p>
      <w:pPr>
        <w:jc w:val="center"/>
      </w:pPr>
      <w:r>
        <w:rPr>
          <w:b w:val="0"/>
          <w:sz w:val="20"/>
        </w:rPr>
        <w:t>...................................................</w:t>
      </w:r>
    </w:p>
    <w:p>
      <w:pPr>
        <w:jc w:val="center"/>
      </w:pPr>
      <w:r>
        <w:rPr>
          <w:b w:val="0"/>
          <w:sz w:val="20"/>
        </w:rPr>
        <w:t>Podpis osoby odwołującej się</w:t>
      </w:r>
    </w:p>
    <w:p/>
    <w:p/>
    <w:p>
      <w:r>
        <w:rPr>
          <w:b/>
          <w:sz w:val="20"/>
        </w:rPr>
        <w:t>Załączniki:</w:t>
      </w:r>
    </w:p>
    <w:p>
      <w:r>
        <w:rPr>
          <w:b w:val="0"/>
          <w:sz w:val="20"/>
        </w:rPr>
        <w:t>1. Kopia zaświadczenia o przystąpieniu do egzaminu zawodowego</w:t>
      </w:r>
    </w:p>
    <w:p>
      <w:r>
        <w:rPr>
          <w:b w:val="0"/>
          <w:sz w:val="20"/>
        </w:rPr>
        <w:t>2. Inne dokumenty potwierdzające zasadność odwołania (jeśli dotyczy)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Przyjmujący odwołanie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Osoba odwołująca się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  <w:br/>
              <w:t>Data: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  <w:br/>
              <w:t>Data: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https://dokumenty-pro.com/wzor-odwolania-od-egzaminu-zawodowego/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wzor-odwolania-od-egzaminu-zawodowego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