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WZÓR KONSPEKTU TRENINGOWEGO PZPN</w:t>
      </w:r>
    </w:p>
    <w:p/>
    <w:p/>
    <w:p>
      <w:r>
        <w:rPr>
          <w:b/>
          <w:sz w:val="24"/>
        </w:rPr>
        <w:t>1. Informacje podstawowe</w:t>
      </w:r>
    </w:p>
    <w:p>
      <w:r>
        <w:rPr>
          <w:b w:val="0"/>
          <w:sz w:val="22"/>
        </w:rPr>
        <w:t>Nazwa jednostki treningowej : ________________________________________________</w:t>
      </w:r>
    </w:p>
    <w:p>
      <w:r>
        <w:rPr>
          <w:b w:val="0"/>
          <w:sz w:val="22"/>
        </w:rPr>
        <w:t>Data treningu : _______________________________________________________________</w:t>
      </w:r>
    </w:p>
    <w:p>
      <w:r>
        <w:rPr>
          <w:b w:val="0"/>
          <w:sz w:val="22"/>
        </w:rPr>
        <w:t>Czas trwania : _________________________________________________________________</w:t>
      </w:r>
    </w:p>
    <w:p>
      <w:r>
        <w:rPr>
          <w:b w:val="0"/>
          <w:sz w:val="22"/>
        </w:rPr>
        <w:t>Miejsce treningu : ______________________________________________________________</w:t>
      </w:r>
    </w:p>
    <w:p>
      <w:r>
        <w:rPr>
          <w:b w:val="0"/>
          <w:sz w:val="22"/>
        </w:rPr>
        <w:t>Grupa/trener : _________________________________________________________________</w:t>
      </w:r>
    </w:p>
    <w:p/>
    <w:p>
      <w:r>
        <w:rPr>
          <w:b/>
          <w:sz w:val="24"/>
        </w:rPr>
        <w:t>2. Cele treningu</w:t>
      </w:r>
    </w:p>
    <w:p>
      <w:r>
        <w:rPr>
          <w:b w:val="0"/>
          <w:sz w:val="22"/>
        </w:rPr>
        <w:t>a) Cel główny : _________________________________________________________________</w:t>
      </w:r>
    </w:p>
    <w:p>
      <w:r>
        <w:rPr>
          <w:b w:val="0"/>
          <w:sz w:val="22"/>
        </w:rPr>
        <w:t>b) Cele szczegółowe : ___________________________________________________________</w:t>
      </w:r>
    </w:p>
    <w:p/>
    <w:p>
      <w:r>
        <w:rPr>
          <w:b/>
          <w:sz w:val="24"/>
        </w:rPr>
        <w:t>3. Rozgrzewka</w:t>
      </w:r>
    </w:p>
    <w:p>
      <w:r>
        <w:rPr>
          <w:b w:val="0"/>
          <w:sz w:val="22"/>
        </w:rPr>
        <w:t>Opis rozgrzewki (czas, forma, ćwiczenia) :</w:t>
      </w:r>
    </w:p>
    <w:p>
      <w:r>
        <w:rPr>
          <w:b w:val="0"/>
          <w:sz w:val="22"/>
        </w:rPr>
        <w:t>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</w:t>
      </w:r>
    </w:p>
    <w:p/>
    <w:p>
      <w:r>
        <w:rPr>
          <w:b/>
          <w:sz w:val="24"/>
        </w:rPr>
        <w:t>4. Część główna treningu</w:t>
      </w:r>
    </w:p>
    <w:p>
      <w:r>
        <w:rPr>
          <w:b w:val="0"/>
          <w:sz w:val="22"/>
        </w:rPr>
        <w:t>Opis ćwiczeń, stacji, gier itp. (czas, cel, organizacja) :</w:t>
      </w:r>
    </w:p>
    <w:p>
      <w:r>
        <w:rPr>
          <w:b w:val="0"/>
          <w:sz w:val="22"/>
        </w:rPr>
        <w:t>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</w:t>
      </w:r>
    </w:p>
    <w:p/>
    <w:p>
      <w:r>
        <w:rPr>
          <w:b/>
          <w:sz w:val="24"/>
        </w:rPr>
        <w:t>5. Część końcowa treningu</w:t>
      </w:r>
    </w:p>
    <w:p>
      <w:r>
        <w:rPr>
          <w:b w:val="0"/>
          <w:sz w:val="22"/>
        </w:rPr>
        <w:t>Opis schłodzenia, rozciągania, podsumowania :</w:t>
      </w:r>
    </w:p>
    <w:p>
      <w:r>
        <w:rPr>
          <w:b w:val="0"/>
          <w:sz w:val="22"/>
        </w:rPr>
        <w:t>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</w:t>
      </w:r>
    </w:p>
    <w:p/>
    <w:p>
      <w:r>
        <w:rPr>
          <w:b/>
          <w:sz w:val="24"/>
        </w:rPr>
        <w:t>6. Uwagi i obserwacje trenera</w:t>
      </w:r>
    </w:p>
    <w:p>
      <w:r>
        <w:rPr>
          <w:b w:val="0"/>
          <w:sz w:val="22"/>
        </w:rPr>
        <w:t>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</w:t>
      </w:r>
    </w:p>
    <w:p/>
    <w:p>
      <w:r>
        <w:rPr>
          <w:b/>
          <w:sz w:val="24"/>
        </w:rPr>
        <w:t>7. Sprzęt i materiały</w:t>
      </w:r>
    </w:p>
    <w:p>
      <w:r>
        <w:rPr>
          <w:b w:val="0"/>
          <w:sz w:val="22"/>
        </w:rPr>
        <w:t>Wykaz używanego sprzętu i materiałów :</w:t>
      </w:r>
    </w:p>
    <w:p>
      <w:r>
        <w:rPr>
          <w:b w:val="0"/>
          <w:sz w:val="22"/>
        </w:rPr>
        <w:t>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TRENER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ZATWIERDZA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https://dokumenty-pro.com/wzor-konspektu-treningowego-pzpn/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konspektu-treningowego-pzpn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