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WZÓR FAKTURY DLA DZIAŁALNOŚCI NIEREJESTROWANEJ</w:t>
      </w:r>
    </w:p>
    <w:p/>
    <w:p/>
    <w:p>
      <w:r>
        <w:rPr>
          <w:b/>
          <w:sz w:val="20"/>
        </w:rPr>
        <w:t>Dane Sprzedawcy:</w:t>
      </w:r>
    </w:p>
    <w:p>
      <w:r>
        <w:rPr>
          <w:b w:val="0"/>
          <w:sz w:val="20"/>
        </w:rPr>
        <w:t>Imię i nazwisko: 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</w:t>
      </w:r>
    </w:p>
    <w:p>
      <w:r>
        <w:rPr>
          <w:b w:val="0"/>
          <w:sz w:val="20"/>
        </w:rPr>
        <w:t>NIP (jeśli posiada): _____________________________________________________</w:t>
      </w:r>
    </w:p>
    <w:p>
      <w:r>
        <w:rPr>
          <w:b w:val="0"/>
          <w:sz w:val="20"/>
        </w:rPr>
        <w:t>Telefon / email: _________________________________________________________</w:t>
      </w:r>
    </w:p>
    <w:p/>
    <w:p>
      <w:r>
        <w:rPr>
          <w:b/>
          <w:sz w:val="20"/>
        </w:rPr>
        <w:t>Dane Nabywcy:</w:t>
      </w:r>
    </w:p>
    <w:p>
      <w:r>
        <w:rPr>
          <w:b w:val="0"/>
          <w:sz w:val="20"/>
        </w:rPr>
        <w:t>Imię i nazwisko / nazwa firmy: _____________________________________________</w:t>
      </w:r>
    </w:p>
    <w:p>
      <w:r>
        <w:rPr>
          <w:b w:val="0"/>
          <w:sz w:val="20"/>
        </w:rPr>
        <w:t>Adres: _________________________________________________________________</w:t>
      </w:r>
    </w:p>
    <w:p/>
    <w:p>
      <w:pPr>
        <w:jc w:val="center"/>
      </w:pPr>
      <w:r>
        <w:rPr>
          <w:b/>
          <w:sz w:val="20"/>
        </w:rPr>
        <w:t>Faktura VAT - sprzedaż na podstawie działalności nierejestrowanej</w:t>
      </w:r>
    </w:p>
    <w:p/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Lp.</w:t>
            </w:r>
          </w:p>
        </w:tc>
        <w:tc>
          <w:tcPr>
            <w:tcW w:type="dxa" w:w="1994"/>
          </w:tcPr>
          <w:p>
            <w:r>
              <w:t>Nazwa towaru / usługi</w:t>
            </w:r>
          </w:p>
        </w:tc>
        <w:tc>
          <w:tcPr>
            <w:tcW w:type="dxa" w:w="1994"/>
          </w:tcPr>
          <w:p>
            <w:r>
              <w:t>Ilość</w:t>
            </w:r>
          </w:p>
        </w:tc>
        <w:tc>
          <w:tcPr>
            <w:tcW w:type="dxa" w:w="1994"/>
          </w:tcPr>
          <w:p>
            <w:r>
              <w:t>Cena jedn. netto [PLN]</w:t>
            </w:r>
          </w:p>
        </w:tc>
        <w:tc>
          <w:tcPr>
            <w:tcW w:type="dxa" w:w="1994"/>
          </w:tcPr>
          <w:p>
            <w:r>
              <w:t>Wartość netto [PLN]</w:t>
            </w:r>
          </w:p>
        </w:tc>
      </w:tr>
      <w:tr>
        <w:tc>
          <w:tcPr>
            <w:tcW w:type="dxa" w:w="1994"/>
          </w:tcPr>
          <w:p>
            <w:r>
              <w:t>1</w:t>
            </w:r>
          </w:p>
        </w:tc>
        <w:tc>
          <w:tcPr>
            <w:tcW w:type="dxa" w:w="1994"/>
          </w:tcPr>
          <w:p>
            <w:r>
              <w:t>_____________________________________________________________________</w:t>
            </w:r>
          </w:p>
        </w:tc>
        <w:tc>
          <w:tcPr>
            <w:tcW w:type="dxa" w:w="1994"/>
          </w:tcPr>
          <w:p>
            <w:r>
              <w:t>___</w:t>
            </w:r>
          </w:p>
        </w:tc>
        <w:tc>
          <w:tcPr>
            <w:tcW w:type="dxa" w:w="1994"/>
          </w:tcPr>
          <w:p>
            <w:r>
              <w:t>_______</w:t>
            </w:r>
          </w:p>
        </w:tc>
        <w:tc>
          <w:tcPr>
            <w:tcW w:type="dxa" w:w="1994"/>
          </w:tcPr>
          <w:p>
            <w:r>
              <w:t>_______</w:t>
            </w:r>
          </w:p>
        </w:tc>
      </w:tr>
    </w:tbl>
    <w:p/>
    <w:p>
      <w:r>
        <w:rPr>
          <w:b/>
          <w:sz w:val="20"/>
        </w:rPr>
        <w:t>Razem wartość netto: ______________________ PLN</w:t>
      </w:r>
    </w:p>
    <w:p>
      <w:r>
        <w:rPr>
          <w:b/>
          <w:sz w:val="20"/>
        </w:rPr>
        <w:t>Podatek VAT: 0% (zwolnienie z VAT na podstawie art. 113 ust. 1 ustawy o VAT)</w:t>
      </w:r>
    </w:p>
    <w:p>
      <w:r>
        <w:rPr>
          <w:b/>
          <w:sz w:val="20"/>
        </w:rPr>
        <w:t>Wartość do zapłaty (brutto): ______________________ PLN</w:t>
      </w:r>
    </w:p>
    <w:p/>
    <w:p>
      <w:r>
        <w:rPr>
          <w:b w:val="0"/>
          <w:sz w:val="20"/>
        </w:rPr>
        <w:t>Forma płatności: _________________________________________________________</w:t>
      </w:r>
    </w:p>
    <w:p>
      <w:r>
        <w:rPr>
          <w:b w:val="0"/>
          <w:sz w:val="20"/>
        </w:rPr>
        <w:t>Termin płatności: _________________________________________________________</w:t>
      </w:r>
    </w:p>
    <w:p/>
    <w:p>
      <w:r>
        <w:rPr>
          <w:b/>
          <w:sz w:val="20"/>
        </w:rPr>
        <w:t>Oświadczam, że działalność, z której wynika niniejsza sprzedaż, jest działalnością nierejestrowaną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Sprzedawcy:</w:t>
              <w:br/>
              <w:br/>
              <w:br/>
              <w:t>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</w:tbl>
    <w:p/>
    <w:p/>
    <w:p>
      <w:r>
        <w:rPr>
          <w:sz w:val="16"/>
        </w:rPr>
        <w:t>Faktura zgodna z przepisami obowiązującymi w Polsce, zgodnie z ustawą o podatku od towarów i usług oraz ustawą o zwolnieniu z VAT dla działalności nierejestrowanej.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https://dokumenty-pro.com/wzor-faktury-dzialalnosc-nierejestrowana/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wzor-faktury-dzialalnosc-nierejestrowana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