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WYWIAD KOSMETYCZNY</w:t>
      </w:r>
    </w:p>
    <w:p/>
    <w:p/>
    <w:p>
      <w:r>
        <w:rPr>
          <w:b/>
          <w:sz w:val="20"/>
        </w:rPr>
        <w:t>Dane klienta: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Data urodzenia: ________________________________________________</w:t>
      </w:r>
    </w:p>
    <w:p>
      <w:r>
        <w:rPr>
          <w:b w:val="0"/>
          <w:sz w:val="20"/>
        </w:rPr>
        <w:t>Telefon: _______________________________________________________</w:t>
      </w:r>
    </w:p>
    <w:p>
      <w:r>
        <w:rPr>
          <w:b w:val="0"/>
          <w:sz w:val="20"/>
        </w:rPr>
        <w:t>E-mail: _________________________________________________________</w:t>
      </w:r>
    </w:p>
    <w:p>
      <w:r>
        <w:rPr>
          <w:b w:val="0"/>
          <w:sz w:val="20"/>
        </w:rPr>
        <w:t>Adres zamieszkania: ____________________________________________</w:t>
      </w:r>
    </w:p>
    <w:p/>
    <w:p>
      <w:r>
        <w:rPr>
          <w:b/>
          <w:sz w:val="20"/>
        </w:rPr>
        <w:t>Informacje o skórze:</w:t>
      </w:r>
    </w:p>
    <w:p>
      <w:r>
        <w:rPr>
          <w:b w:val="0"/>
          <w:sz w:val="20"/>
        </w:rPr>
        <w:t>Typ skóry (np. sucha, tłusta, mieszana): ___________________________</w:t>
      </w:r>
    </w:p>
    <w:p>
      <w:r>
        <w:rPr>
          <w:b w:val="0"/>
          <w:sz w:val="20"/>
        </w:rPr>
        <w:t>Stan skóry (np. trądzik, przebarwienia, naczynka): _________________</w:t>
      </w:r>
    </w:p>
    <w:p>
      <w:r>
        <w:rPr>
          <w:b w:val="0"/>
          <w:sz w:val="20"/>
        </w:rPr>
        <w:t>Alergie / uczulenia na kosmetyki: _________________________________</w:t>
      </w:r>
    </w:p>
    <w:p>
      <w:r>
        <w:rPr>
          <w:b w:val="0"/>
          <w:sz w:val="20"/>
        </w:rPr>
        <w:t>Leczenie dermatologiczne / stosowane leki: _________________________</w:t>
      </w:r>
    </w:p>
    <w:p>
      <w:r>
        <w:rPr>
          <w:b w:val="0"/>
          <w:sz w:val="20"/>
        </w:rPr>
        <w:t>Zabiegi kosmetyczne wykonywane wcześniej: ________________________</w:t>
      </w:r>
    </w:p>
    <w:p/>
    <w:p>
      <w:r>
        <w:rPr>
          <w:b/>
          <w:sz w:val="20"/>
        </w:rPr>
        <w:t>Historia zdrowotna:</w:t>
      </w:r>
    </w:p>
    <w:p>
      <w:r>
        <w:rPr>
          <w:b w:val="0"/>
          <w:sz w:val="20"/>
        </w:rPr>
        <w:t>Czy choruje Pan/Pani na choroby przewlekłe? Jeśli tak, jakie: __________</w:t>
      </w:r>
    </w:p>
    <w:p>
      <w:r>
        <w:rPr>
          <w:b w:val="0"/>
          <w:sz w:val="20"/>
        </w:rPr>
        <w:t>Czy przyjmuje Pan/Pani leki? Jeśli tak, jakie: _______________________</w:t>
      </w:r>
    </w:p>
    <w:p>
      <w:r>
        <w:rPr>
          <w:b w:val="0"/>
          <w:sz w:val="20"/>
        </w:rPr>
        <w:t>Czy jest Pani w ciąży lub karmi piersią? (tak/nie) ___________________</w:t>
      </w:r>
    </w:p>
    <w:p>
      <w:r>
        <w:rPr>
          <w:b w:val="0"/>
          <w:sz w:val="20"/>
        </w:rPr>
        <w:t>Czy ma Pan/Pani skłonności do alergii? (tak/nie) _____________________</w:t>
      </w:r>
    </w:p>
    <w:p>
      <w:r>
        <w:rPr>
          <w:b w:val="0"/>
          <w:sz w:val="20"/>
        </w:rPr>
        <w:t>Inne informacje istotne dla zabiegu: ________________________________</w:t>
      </w:r>
    </w:p>
    <w:p/>
    <w:p>
      <w:r>
        <w:rPr>
          <w:b/>
          <w:sz w:val="20"/>
        </w:rPr>
        <w:t>Cele i oczekiwania klienta:</w:t>
      </w:r>
    </w:p>
    <w:p>
      <w:r>
        <w:rPr>
          <w:b w:val="0"/>
          <w:sz w:val="20"/>
        </w:rPr>
        <w:t>Proszę opisać, czego oczekuje Pan/Pani od zabiegu kosmetycznego: _____</w:t>
      </w:r>
    </w:p>
    <w:p>
      <w:r>
        <w:rPr>
          <w:b w:val="0"/>
          <w:sz w:val="20"/>
        </w:rPr>
        <w:t>Czy są jakieś szczególne problemy, które chce Pan/Pani rozwiązać? ____</w:t>
      </w:r>
    </w:p>
    <w:p/>
    <w:p>
      <w:r>
        <w:rPr>
          <w:b/>
          <w:sz w:val="20"/>
        </w:rPr>
        <w:t>Oświadczenie i zgoda klienta:</w:t>
      </w:r>
    </w:p>
    <w:p>
      <w:r>
        <w:rPr>
          <w:b w:val="0"/>
          <w:sz w:val="20"/>
        </w:rPr>
        <w:t>Oświadczam, że podane informacje są zgodne z prawdą i świadomie zgadzam się na wykonanie zabiegu kosmetycznego.</w:t>
      </w:r>
    </w:p>
    <w:p>
      <w:r>
        <w:rPr>
          <w:b w:val="0"/>
          <w:sz w:val="20"/>
        </w:rPr>
        <w:t>Zostałem/am poinformowany/a o możliwości wystąpienia działań niepożądanych oraz o sposobie pielęgnacji po zabiegu.</w:t>
      </w:r>
    </w:p>
    <w:p/>
    <w:p/>
    <w:p>
      <w:r>
        <w:rPr>
          <w:b w:val="0"/>
          <w:sz w:val="20"/>
        </w:rPr>
        <w:t>Miejsce, Data: 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klienta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Podpis kosmetyczki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Data: 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https://dokumenty-pro.com/wywiad-kosmetyczny-wzor/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https://dokumenty-pro.com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dokumenty-pro.com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y-pro.com/wywiad-kosmetyczny-wzor/" TargetMode="External"/><Relationship Id="rId10" Type="http://schemas.openxmlformats.org/officeDocument/2006/relationships/hyperlink" Target="https://dokumenty-p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