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WYPÓWIADZENIE KONTRAKTU MENEDŻERSKIEGO</w:t>
      </w:r>
    </w:p>
    <w:p/>
    <w:p/>
    <w:p>
      <w:r>
        <w:rPr>
          <w:b w:val="0"/>
          <w:sz w:val="20"/>
        </w:rPr>
        <w:t>Miejsce : ____________________________    Data : ____________________________</w:t>
      </w:r>
    </w:p>
    <w:p/>
    <w:p/>
    <w:p>
      <w:r>
        <w:rPr>
          <w:b/>
          <w:sz w:val="20"/>
        </w:rPr>
        <w:t>Dane Pracodawcy :</w:t>
      </w:r>
    </w:p>
    <w:p>
      <w:r>
        <w:rPr>
          <w:b w:val="0"/>
          <w:sz w:val="20"/>
        </w:rPr>
        <w:t>Nazwa firmy : ____________________________________________________________</w:t>
      </w:r>
    </w:p>
    <w:p>
      <w:r>
        <w:rPr>
          <w:b w:val="0"/>
          <w:sz w:val="20"/>
        </w:rPr>
        <w:t>Adres siedziby : _________________________________________________________</w:t>
      </w:r>
    </w:p>
    <w:p>
      <w:r>
        <w:rPr>
          <w:b w:val="0"/>
          <w:sz w:val="20"/>
        </w:rPr>
        <w:t>NIP : _________________________________________________________________</w:t>
      </w:r>
    </w:p>
    <w:p>
      <w:r>
        <w:rPr>
          <w:b w:val="0"/>
          <w:sz w:val="20"/>
        </w:rPr>
        <w:t>Reprezentowany przez : _________________________________________________</w:t>
      </w:r>
    </w:p>
    <w:p/>
    <w:p>
      <w:r>
        <w:rPr>
          <w:b/>
          <w:sz w:val="20"/>
        </w:rPr>
        <w:t>Dane Menedżera :</w:t>
      </w:r>
    </w:p>
    <w:p>
      <w:r>
        <w:rPr>
          <w:b w:val="0"/>
          <w:sz w:val="20"/>
        </w:rPr>
        <w:t>Imię i nazwisko : _______________________________________________________</w:t>
      </w:r>
    </w:p>
    <w:p>
      <w:r>
        <w:rPr>
          <w:b w:val="0"/>
          <w:sz w:val="20"/>
        </w:rPr>
        <w:t>Adres zamieszkania : ___________________________________________________</w:t>
      </w:r>
    </w:p>
    <w:p>
      <w:r>
        <w:rPr>
          <w:b w:val="0"/>
          <w:sz w:val="20"/>
        </w:rPr>
        <w:t>PESEL : _______________________________________________________________</w:t>
      </w:r>
    </w:p>
    <w:p/>
    <w:p/>
    <w:p>
      <w:r>
        <w:rPr>
          <w:b w:val="0"/>
          <w:sz w:val="20"/>
        </w:rPr>
        <w:t>Na mocy niniejszego dokumentu, zgodnie z postanowieniami zawartymi w Kontrakcie Menedżerskim,</w:t>
      </w:r>
    </w:p>
    <w:p>
      <w:r>
        <w:rPr>
          <w:b w:val="0"/>
          <w:sz w:val="20"/>
        </w:rPr>
        <w:t>strony postanawiają rozwiązać kontrakt menedżerski zawarty dnia _______________</w:t>
      </w:r>
    </w:p>
    <w:p>
      <w:r>
        <w:rPr>
          <w:b w:val="0"/>
          <w:sz w:val="20"/>
        </w:rPr>
        <w:t>z zachowaniem okresu wypowiedzenia określonego w umowie.</w:t>
      </w:r>
    </w:p>
    <w:p/>
    <w:p>
      <w:r>
        <w:rPr>
          <w:b/>
          <w:sz w:val="20"/>
        </w:rPr>
        <w:t>§ 1 Przedmiot wypowiedzenia</w:t>
      </w:r>
    </w:p>
    <w:p>
      <w:r>
        <w:rPr>
          <w:b w:val="0"/>
          <w:sz w:val="20"/>
        </w:rPr>
        <w:t>Pracodawca wypowiada Kontrakt Menedżerski zawarty z Menedżerem, który dotyczy wykonywania obowiązków menedżerskich.</w:t>
      </w:r>
    </w:p>
    <w:p/>
    <w:p>
      <w:r>
        <w:rPr>
          <w:b/>
          <w:sz w:val="20"/>
        </w:rPr>
        <w:t>§ 2 Okres wypowiedzenia</w:t>
      </w:r>
    </w:p>
    <w:p>
      <w:r>
        <w:rPr>
          <w:b w:val="0"/>
          <w:sz w:val="20"/>
        </w:rPr>
        <w:t>Okres wypowiedzenia wynosi _______________ i rozpoczyna bieg z dniem doręczenia niniejszego wypowiedzenia.</w:t>
      </w:r>
    </w:p>
    <w:p/>
    <w:p>
      <w:r>
        <w:rPr>
          <w:b/>
          <w:sz w:val="20"/>
        </w:rPr>
        <w:t>§ 3 Skutki wypowiedzenia</w:t>
      </w:r>
    </w:p>
    <w:p>
      <w:r>
        <w:rPr>
          <w:b w:val="0"/>
          <w:sz w:val="20"/>
        </w:rPr>
        <w:t>W okresie wypowiedzenia Menedżer zobowiązuje się do wykonywania obowiązków wynikających z Kontraktu Menedżerskiego,</w:t>
      </w:r>
    </w:p>
    <w:p>
      <w:r>
        <w:rPr>
          <w:b w:val="0"/>
          <w:sz w:val="20"/>
        </w:rPr>
        <w:t>a Pracodawca do wypłaty wynagrodzenia zgodnie z umową.</w:t>
      </w:r>
    </w:p>
    <w:p/>
    <w:p>
      <w:r>
        <w:rPr>
          <w:b/>
          <w:sz w:val="20"/>
        </w:rPr>
        <w:t>§ 4 Zwrot mienia</w:t>
      </w:r>
    </w:p>
    <w:p>
      <w:r>
        <w:rPr>
          <w:b w:val="0"/>
          <w:sz w:val="20"/>
        </w:rPr>
        <w:t>Menedżer zobowiązuje się do zwrotu wszelkiego mienia powierzonego mu przez Pracodawcę niezwłocznie po ustaniu stosunku umownego.</w:t>
      </w:r>
    </w:p>
    <w:p/>
    <w:p>
      <w:r>
        <w:rPr>
          <w:b/>
          <w:sz w:val="20"/>
        </w:rPr>
        <w:t>§ 5 Postanowienia końcowe</w:t>
      </w:r>
    </w:p>
    <w:p>
      <w:r>
        <w:rPr>
          <w:b w:val="0"/>
          <w:sz w:val="20"/>
        </w:rPr>
        <w:t>W sprawach nieuregulowanych niniejszym wypowiedzeniem stosuje się przepisy Kontraktu Menedżerskiego oraz Kodeksu cywilnego.</w:t>
      </w:r>
    </w:p>
    <w:p>
      <w:r>
        <w:rPr>
          <w:b w:val="0"/>
          <w:sz w:val="20"/>
        </w:rPr>
        <w:t>Wszelkie spory wynikające z niniejszego wypowiedzenia będą rozstrzygane przez właściwy sąd powszechny.</w:t>
      </w:r>
    </w:p>
    <w:p/>
    <w:p/>
    <w:p>
      <w:r>
        <w:rPr>
          <w:b w:val="0"/>
          <w:sz w:val="20"/>
        </w:rPr>
        <w:t>Miejsce, Data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PRACODAWCA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MENEDŻER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Nazwa / Imię i nazwisko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Imię i nazwisko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https://dokumenty-pro.com/wypowiedzenie-kontraktu-menedzerskiego-wzor/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wypowiedzenie-kontraktu-menedzerskiego-wzor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