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UPOWAŻNIENIE DO ZAŁATWIENIA SPRAW</w:t>
      </w:r>
    </w:p>
    <w:p/>
    <w:p/>
    <w:p>
      <w:r>
        <w:rPr>
          <w:b w:val="0"/>
          <w:sz w:val="20"/>
        </w:rPr>
        <w:t>Miejsce : ________________________________________________</w:t>
      </w:r>
    </w:p>
    <w:p/>
    <w:p>
      <w:r>
        <w:rPr>
          <w:b/>
          <w:sz w:val="20"/>
        </w:rPr>
        <w:t>Dane Upoważniającego :</w:t>
      </w:r>
    </w:p>
    <w:p>
      <w:r>
        <w:rPr>
          <w:b w:val="0"/>
          <w:sz w:val="20"/>
        </w:rPr>
        <w:t>Imię i nazwisko : ________________________________________________</w:t>
      </w:r>
    </w:p>
    <w:p>
      <w:r>
        <w:rPr>
          <w:b w:val="0"/>
          <w:sz w:val="20"/>
        </w:rPr>
        <w:t>PESEL/NIP : ________________________________________________</w:t>
      </w:r>
    </w:p>
    <w:p>
      <w:r>
        <w:rPr>
          <w:b w:val="0"/>
          <w:sz w:val="20"/>
        </w:rPr>
        <w:t>Adres zamieszkania : ________________________________________________</w:t>
      </w:r>
    </w:p>
    <w:p>
      <w:r>
        <w:rPr>
          <w:b w:val="0"/>
          <w:sz w:val="20"/>
        </w:rPr>
        <w:t>Dowód osobisty (seria i numer) : ________________________________________________</w:t>
      </w:r>
    </w:p>
    <w:p/>
    <w:p>
      <w:r>
        <w:rPr>
          <w:b/>
          <w:sz w:val="20"/>
        </w:rPr>
        <w:t>Dane Upoważnionego :</w:t>
      </w:r>
    </w:p>
    <w:p>
      <w:r>
        <w:rPr>
          <w:b w:val="0"/>
          <w:sz w:val="20"/>
        </w:rPr>
        <w:t>Imię i nazwisko : ________________________________________________</w:t>
      </w:r>
    </w:p>
    <w:p>
      <w:r>
        <w:rPr>
          <w:b w:val="0"/>
          <w:sz w:val="20"/>
        </w:rPr>
        <w:t>PESEL/NIP : ________________________________________________</w:t>
      </w:r>
    </w:p>
    <w:p>
      <w:r>
        <w:rPr>
          <w:b w:val="0"/>
          <w:sz w:val="20"/>
        </w:rPr>
        <w:t>Adres zamieszkania : ________________________________________________</w:t>
      </w:r>
    </w:p>
    <w:p>
      <w:r>
        <w:rPr>
          <w:b w:val="0"/>
          <w:sz w:val="20"/>
        </w:rPr>
        <w:t>Dowód osobisty (seria i numer) : ________________________________________________</w:t>
      </w:r>
    </w:p>
    <w:p/>
    <w:p>
      <w:r>
        <w:rPr>
          <w:b/>
          <w:sz w:val="20"/>
        </w:rPr>
        <w:t>Treść upoważnienia :</w:t>
      </w:r>
    </w:p>
    <w:p>
      <w:r>
        <w:rPr>
          <w:b w:val="0"/>
          <w:sz w:val="20"/>
        </w:rPr>
        <w:t>Niniejszym upoważniam powyższą osobę do reprezentowania mnie oraz do podejmowania wszelkich niezbędnych czynności w sprawach dotyczących: ____________________________________________________________________________.</w:t>
      </w:r>
    </w:p>
    <w:p>
      <w:r>
        <w:rPr>
          <w:b w:val="0"/>
          <w:sz w:val="20"/>
        </w:rPr>
        <w:t>Upoważnienie obejmuje prawo do składania oświadczeń woli, podpisywania dokumentów, odbioru pism i załatwiania wszelkich spraw związanych z wyżej wymienionym zakresem.</w:t>
      </w:r>
    </w:p>
    <w:p/>
    <w:p>
      <w:r>
        <w:rPr>
          <w:b/>
          <w:sz w:val="20"/>
        </w:rPr>
        <w:t>Okres obowiązywania upoważnienia :</w:t>
      </w:r>
    </w:p>
    <w:p>
      <w:r>
        <w:rPr>
          <w:b w:val="0"/>
          <w:sz w:val="20"/>
        </w:rPr>
        <w:t>Upoważnienie obowiązuje od dnia podpisania niniejszego dokumentu do dnia: _______________________________.</w:t>
      </w:r>
    </w:p>
    <w:p/>
    <w:p>
      <w:r>
        <w:rPr>
          <w:b/>
          <w:sz w:val="20"/>
        </w:rPr>
        <w:t>Oświadczenie :</w:t>
      </w:r>
    </w:p>
    <w:p>
      <w:r>
        <w:rPr>
          <w:b w:val="0"/>
          <w:sz w:val="20"/>
        </w:rPr>
        <w:t>Oświadczam, że dane podane w niniejszym dokumencie są zgodne z prawdą, a upoważnienie zostało udzielone dobrowolnie i świadomie.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UPOWAŻNIAJĄCY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UPOWAŻNIONY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 : 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 : 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Data : 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Data : 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https://dokumenty-pro.com/upowaznienie-do-zalatwienia-spraw-wzor/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https://dokumenty-pro.com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dokumenty-pro.com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y-pro.com/upowaznienie-do-zalatwienia-spraw-wzor/" TargetMode="External"/><Relationship Id="rId10" Type="http://schemas.openxmlformats.org/officeDocument/2006/relationships/hyperlink" Target="https://dokumenty-p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