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UPOWAŻNIENIE DO SPRZEDAŻY SAMOCHODU</w:t>
      </w:r>
    </w:p>
    <w:p/>
    <w:p>
      <w:r>
        <w:rPr>
          <w:b w:val="0"/>
          <w:sz w:val="20"/>
        </w:rPr>
        <w:t>Miejsce : ____________________________    Data : ____________________________</w:t>
      </w:r>
    </w:p>
    <w:p/>
    <w:p/>
    <w:p>
      <w:r>
        <w:rPr>
          <w:b/>
          <w:sz w:val="20"/>
        </w:rPr>
        <w:t>Dane Mocodawcy (Właściciela pojazdu):</w:t>
      </w:r>
    </w:p>
    <w:p>
      <w:r>
        <w:rPr>
          <w:b w:val="0"/>
          <w:sz w:val="20"/>
        </w:rPr>
        <w:t>Imię i nazwisko: _____________________________________________________________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</w:t>
      </w:r>
    </w:p>
    <w:p>
      <w:r>
        <w:rPr>
          <w:b w:val="0"/>
          <w:sz w:val="20"/>
        </w:rPr>
        <w:t>Nr dowodu osobistego: 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</w:t>
      </w:r>
    </w:p>
    <w:p/>
    <w:p>
      <w:r>
        <w:rPr>
          <w:b/>
          <w:sz w:val="20"/>
        </w:rPr>
        <w:t>Dane Pełnomocnika (Osoby upoważnionej):</w:t>
      </w:r>
    </w:p>
    <w:p>
      <w:r>
        <w:rPr>
          <w:b w:val="0"/>
          <w:sz w:val="20"/>
        </w:rPr>
        <w:t>Imię i nazwisko: _____________________________________________________________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</w:t>
      </w:r>
    </w:p>
    <w:p>
      <w:r>
        <w:rPr>
          <w:b w:val="0"/>
          <w:sz w:val="20"/>
        </w:rPr>
        <w:t>Nr dowodu osobistego: 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</w:t>
      </w:r>
    </w:p>
    <w:p/>
    <w:p>
      <w:r>
        <w:rPr>
          <w:b/>
          <w:sz w:val="20"/>
        </w:rPr>
        <w:t>Dane pojazdu:</w:t>
      </w:r>
    </w:p>
    <w:p>
      <w:r>
        <w:rPr>
          <w:b w:val="0"/>
          <w:sz w:val="20"/>
        </w:rPr>
        <w:t>Marka i model: _______________________________________________________________</w:t>
      </w:r>
    </w:p>
    <w:p>
      <w:r>
        <w:rPr>
          <w:b w:val="0"/>
          <w:sz w:val="20"/>
        </w:rPr>
        <w:t>Numer rejestracyjny: _________________________________________________________</w:t>
      </w:r>
    </w:p>
    <w:p>
      <w:r>
        <w:rPr>
          <w:b w:val="0"/>
          <w:sz w:val="20"/>
        </w:rPr>
        <w:t>Numer VIN: _________________________________________________________________</w:t>
      </w:r>
    </w:p>
    <w:p>
      <w:r>
        <w:rPr>
          <w:b w:val="0"/>
          <w:sz w:val="20"/>
        </w:rPr>
        <w:t>Rok produkcji: _______________________________________________________________</w:t>
      </w:r>
    </w:p>
    <w:p/>
    <w:p>
      <w:r>
        <w:rPr>
          <w:b/>
          <w:sz w:val="20"/>
        </w:rPr>
        <w:t>Na podstawie niniejszego upoważnienia upoważniam powyżej wymienioną osobę do dokonania w moim imieniu wszelkich czynności związanych ze sprzedażą wskazanego pojazdu, w szczególności do:</w:t>
      </w:r>
    </w:p>
    <w:p>
      <w:r>
        <w:rPr>
          <w:b w:val="0"/>
          <w:sz w:val="20"/>
        </w:rPr>
        <w:t>1. Podpisania umowy kupna-sprzedaży pojazdu.</w:t>
      </w:r>
    </w:p>
    <w:p>
      <w:r>
        <w:rPr>
          <w:b w:val="0"/>
          <w:sz w:val="20"/>
        </w:rPr>
        <w:t>2. Odbioru należności z tytułu sprzedaży pojazdu.</w:t>
      </w:r>
    </w:p>
    <w:p>
      <w:r>
        <w:rPr>
          <w:b w:val="0"/>
          <w:sz w:val="20"/>
        </w:rPr>
        <w:t>3. Dokonania zgłoszenia sprzedaży pojazdu w odpowiednich urzędach i instytucjach.</w:t>
      </w:r>
    </w:p>
    <w:p>
      <w:r>
        <w:rPr>
          <w:b w:val="0"/>
          <w:sz w:val="20"/>
        </w:rPr>
        <w:t>4. Odbioru dokumentów pojazdu oraz innych niezbędnych dokumentów związanych ze sprzedażą.</w:t>
      </w:r>
    </w:p>
    <w:p>
      <w:r>
        <w:rPr>
          <w:b w:val="0"/>
          <w:sz w:val="20"/>
        </w:rPr>
        <w:t>5. Wykonywania wszelkich innych czynności niezbędnych do skutecznej sprzedaży pojazdu.</w:t>
      </w:r>
    </w:p>
    <w:p/>
    <w:p>
      <w:r>
        <w:rPr>
          <w:b w:val="0"/>
          <w:sz w:val="20"/>
        </w:rPr>
        <w:t>Upoważnienie jest ważne do dnia: ____________________________ lub do odwołania.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MOCODAWCA (Właściciel pojazdu)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PEŁNOMOCNIK (Osoba upoważniona)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i miejsce podpisu: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i miejsce podpisu: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https://dokumenty-pro.com/upowaznienie-do-sprzedazy-samochodu/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upowaznienie-do-sprzedazy-samochodu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