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UPOWAŻNIENIE DO ODBIORU DZIECKA ZE SZKOŁY</w:t>
      </w:r>
    </w:p>
    <w:p/>
    <w:p/>
    <w:p>
      <w:r>
        <w:rPr>
          <w:b w:val="0"/>
          <w:sz w:val="20"/>
        </w:rPr>
        <w:t>Miejsce : ____________________________    Data : ____________________________</w:t>
      </w:r>
    </w:p>
    <w:p/>
    <w:p/>
    <w:p>
      <w:r>
        <w:rPr>
          <w:b/>
          <w:sz w:val="20"/>
        </w:rPr>
        <w:t>Ja, niżej podpisany/a :</w:t>
      </w:r>
    </w:p>
    <w:p>
      <w:r>
        <w:rPr>
          <w:b w:val="0"/>
          <w:sz w:val="20"/>
        </w:rPr>
        <w:t>Imię i Nazwisko : ______________________________________________________________</w:t>
      </w:r>
    </w:p>
    <w:p>
      <w:r>
        <w:rPr>
          <w:b w:val="0"/>
          <w:sz w:val="20"/>
        </w:rPr>
        <w:t>PESEL : _______________________________________________________________________</w:t>
      </w:r>
    </w:p>
    <w:p>
      <w:r>
        <w:rPr>
          <w:b w:val="0"/>
          <w:sz w:val="20"/>
        </w:rPr>
        <w:t>Adres zamieszkania : ___________________________________________________________</w:t>
      </w:r>
    </w:p>
    <w:p>
      <w:r>
        <w:rPr>
          <w:b w:val="0"/>
          <w:sz w:val="20"/>
        </w:rPr>
        <w:t>Telefon kontaktowy : ___________________________________________________________</w:t>
      </w:r>
    </w:p>
    <w:p/>
    <w:p>
      <w:r>
        <w:rPr>
          <w:b/>
          <w:sz w:val="20"/>
        </w:rPr>
        <w:t>Udzielam niniejszym upoważnienia do odbioru mojego dziecka :</w:t>
      </w:r>
    </w:p>
    <w:p>
      <w:r>
        <w:rPr>
          <w:b w:val="0"/>
          <w:sz w:val="20"/>
        </w:rPr>
        <w:t>Imię i Nazwisko dziecka : _____________________________________________________</w:t>
      </w:r>
    </w:p>
    <w:p>
      <w:r>
        <w:rPr>
          <w:b w:val="0"/>
          <w:sz w:val="20"/>
        </w:rPr>
        <w:t>Data urodzenia : _______________________________________________________________</w:t>
      </w:r>
    </w:p>
    <w:p>
      <w:r>
        <w:rPr>
          <w:b w:val="0"/>
          <w:sz w:val="20"/>
        </w:rPr>
        <w:t>Klasa : _______________________________________________________________________</w:t>
      </w:r>
    </w:p>
    <w:p/>
    <w:p>
      <w:r>
        <w:rPr>
          <w:b/>
          <w:sz w:val="20"/>
        </w:rPr>
        <w:t>Osobie upoważnionej do odbioru dziecka :</w:t>
      </w:r>
    </w:p>
    <w:p>
      <w:r>
        <w:rPr>
          <w:b w:val="0"/>
          <w:sz w:val="20"/>
        </w:rPr>
        <w:t>Imię i Nazwisko : ______________________________________________________________</w:t>
      </w:r>
    </w:p>
    <w:p>
      <w:r>
        <w:rPr>
          <w:b w:val="0"/>
          <w:sz w:val="20"/>
        </w:rPr>
        <w:t>PESEL : _______________________________________________________________________</w:t>
      </w:r>
    </w:p>
    <w:p>
      <w:r>
        <w:rPr>
          <w:b w:val="0"/>
          <w:sz w:val="20"/>
        </w:rPr>
        <w:t>Adres zamieszkania : ___________________________________________________________</w:t>
      </w:r>
    </w:p>
    <w:p>
      <w:r>
        <w:rPr>
          <w:b w:val="0"/>
          <w:sz w:val="20"/>
        </w:rPr>
        <w:t>Telefon kontaktowy : ___________________________________________________________</w:t>
      </w:r>
    </w:p>
    <w:p/>
    <w:p>
      <w:r>
        <w:rPr>
          <w:b/>
          <w:sz w:val="20"/>
        </w:rPr>
        <w:t>Upoważniam powyższą osobę do odbioru mojego dziecka ze szkoły oraz do podejmowania wszelkich niezbędnych czynności związanych z odbiorem dziecka.</w:t>
      </w:r>
    </w:p>
    <w:p/>
    <w:p>
      <w:r>
        <w:rPr>
          <w:b/>
          <w:sz w:val="20"/>
        </w:rPr>
        <w:t>Upoważnienie ważne jest od dnia __________________________ do dnia __________________________.</w:t>
      </w:r>
    </w:p>
    <w:p/>
    <w:p/>
    <w:p>
      <w:r>
        <w:rPr>
          <w:b w:val="0"/>
          <w:sz w:val="20"/>
        </w:rPr>
        <w:t>Oświadczam, że osoba upoważniona zna zasady bezpieczeństwa i zobowiązuje się do ich przestrzegania podczas odbioru dziecka.</w:t>
      </w:r>
    </w:p>
    <w:p/>
    <w:p/>
    <w:p/>
    <w:p>
      <w:pPr>
        <w:jc w:val="center"/>
      </w:pPr>
      <w:r>
        <w:rPr>
          <w:b w:val="0"/>
          <w:sz w:val="20"/>
        </w:rPr>
        <w:t>....................................................</w:t>
      </w:r>
    </w:p>
    <w:p>
      <w:pPr>
        <w:jc w:val="center"/>
      </w:pPr>
      <w:r>
        <w:rPr>
          <w:b w:val="0"/>
          <w:sz w:val="20"/>
        </w:rPr>
        <w:t>Podpis rodzica/opiekuna prawnego</w:t>
      </w:r>
    </w:p>
    <w:p/>
    <w:p/>
    <w:p>
      <w:pPr>
        <w:jc w:val="center"/>
      </w:pPr>
      <w:r>
        <w:rPr>
          <w:b w:val="0"/>
          <w:sz w:val="20"/>
        </w:rPr>
        <w:t>....................................................</w:t>
      </w:r>
    </w:p>
    <w:p>
      <w:pPr>
        <w:jc w:val="center"/>
      </w:pPr>
      <w:r>
        <w:rPr>
          <w:b w:val="0"/>
          <w:sz w:val="20"/>
        </w:rPr>
        <w:t>Podpis osoby upoważnionej</w:t>
      </w:r>
    </w:p>
    <w:p/>
    <w:p/>
    <w:p>
      <w:pPr>
        <w:jc w:val="center"/>
      </w:pPr>
      <w:r>
        <w:rPr>
          <w:b w:val="0"/>
          <w:sz w:val="20"/>
        </w:rPr>
        <w:t>....................................................</w:t>
      </w:r>
    </w:p>
    <w:p>
      <w:pPr>
        <w:jc w:val="center"/>
      </w:pPr>
      <w:r>
        <w:rPr>
          <w:b w:val="0"/>
          <w:sz w:val="20"/>
        </w:rPr>
        <w:t>Podpis dyrektora szkoły (potwierdzenie odbioru)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https://dokumenty-pro.com/upowaznienie-do-odbioru-dziecka-ze-szkoly-wzor/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upowaznienie-do-odbioru-dziecka-ze-szkoly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