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UMOTYWOWANIE WNIOSKU NA POBYT REZYDENTA</w:t>
      </w:r>
    </w:p>
    <w:p/>
    <w:p/>
    <w:p>
      <w:r>
        <w:rPr>
          <w:b w:val="0"/>
          <w:sz w:val="20"/>
        </w:rPr>
        <w:t>Ja, niżej podpisany/a, składam niniejsze umotywowanie wniosku o pobyt rezydenta na terytorium Rzeczypospolitej Polskiej.</w:t>
      </w:r>
    </w:p>
    <w:p/>
    <w:p>
      <w:r>
        <w:rPr>
          <w:b/>
          <w:sz w:val="20"/>
        </w:rPr>
        <w:t>Dane wnioskodawcy:</w:t>
      </w:r>
    </w:p>
    <w:p>
      <w:r>
        <w:rPr>
          <w:b w:val="0"/>
          <w:sz w:val="20"/>
        </w:rPr>
        <w:t>Imię i nazwisko: ____________________________________________________________</w:t>
      </w:r>
    </w:p>
    <w:p>
      <w:r>
        <w:rPr>
          <w:b w:val="0"/>
          <w:sz w:val="20"/>
        </w:rPr>
        <w:t>Data urodzenia: _____________________________________________________________</w:t>
      </w:r>
    </w:p>
    <w:p>
      <w:r>
        <w:rPr>
          <w:b w:val="0"/>
          <w:sz w:val="20"/>
        </w:rPr>
        <w:t>Numer paszportu / dowodu osobistego: _________________________________________</w:t>
      </w:r>
    </w:p>
    <w:p>
      <w:r>
        <w:rPr>
          <w:b w:val="0"/>
          <w:sz w:val="20"/>
        </w:rPr>
        <w:t>Adres zamieszkania: _________________________________________________________</w:t>
      </w:r>
    </w:p>
    <w:p/>
    <w:p>
      <w:r>
        <w:rPr>
          <w:b/>
          <w:sz w:val="20"/>
        </w:rPr>
        <w:t>Cel pobytu: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>
      <w:r>
        <w:rPr>
          <w:b/>
          <w:sz w:val="20"/>
        </w:rPr>
        <w:t>Podstawa prawna pobytu: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>
      <w:r>
        <w:rPr>
          <w:b/>
          <w:sz w:val="20"/>
        </w:rPr>
        <w:t>Uzasadnienie wniosku:</w:t>
      </w:r>
    </w:p>
    <w:p>
      <w:r>
        <w:rPr>
          <w:b w:val="0"/>
          <w:sz w:val="20"/>
        </w:rPr>
        <w:t>Niniejszym oświadczam, że pobyt mój na terytorium Polski jest uzasadniony następującymi okolicznościami:</w:t>
      </w:r>
    </w:p>
    <w:p>
      <w:r>
        <w:rPr>
          <w:b w:val="0"/>
          <w:sz w:val="20"/>
        </w:rPr>
        <w:t>1. ___________________________________________________________________________</w:t>
      </w:r>
    </w:p>
    <w:p>
      <w:r>
        <w:rPr>
          <w:b w:val="0"/>
          <w:sz w:val="20"/>
        </w:rPr>
        <w:t>2. ___________________________________________________________________________</w:t>
      </w:r>
    </w:p>
    <w:p>
      <w:r>
        <w:rPr>
          <w:b w:val="0"/>
          <w:sz w:val="20"/>
        </w:rPr>
        <w:t>3. ___________________________________________________________________________</w:t>
      </w:r>
    </w:p>
    <w:p>
      <w:r>
        <w:rPr>
          <w:b w:val="0"/>
          <w:sz w:val="20"/>
        </w:rPr>
        <w:t>4. ___________________________________________________________________________</w:t>
      </w:r>
    </w:p>
    <w:p>
      <w:r>
        <w:rPr>
          <w:b w:val="0"/>
          <w:sz w:val="20"/>
        </w:rPr>
        <w:t>5. ___________________________________________________________________________</w:t>
      </w:r>
    </w:p>
    <w:p/>
    <w:p>
      <w:r>
        <w:rPr>
          <w:b/>
          <w:sz w:val="20"/>
        </w:rPr>
        <w:t>Oświadczenia:</w:t>
      </w:r>
    </w:p>
    <w:p>
      <w:r>
        <w:rPr>
          <w:b w:val="0"/>
          <w:sz w:val="20"/>
        </w:rPr>
        <w:t>1. Oświadczam, że podane przeze mnie informacje są prawdziwe i kompletne.</w:t>
      </w:r>
    </w:p>
    <w:p>
      <w:r>
        <w:rPr>
          <w:b w:val="0"/>
          <w:sz w:val="20"/>
        </w:rPr>
        <w:t>2. Zobowiązuję się do przestrzegania obowiązującego prawa Rzeczypospolitej Polskiej.</w:t>
      </w:r>
    </w:p>
    <w:p>
      <w:r>
        <w:rPr>
          <w:b w:val="0"/>
          <w:sz w:val="20"/>
        </w:rPr>
        <w:t>3. Zdaję sobie sprawę z odpowiedzialności prawnej za podanie nieprawdziwych informacji.</w:t>
      </w:r>
    </w:p>
    <w:p/>
    <w:p>
      <w:r>
        <w:rPr>
          <w:b/>
          <w:sz w:val="20"/>
        </w:rPr>
        <w:t>Podsumowując, proszę o pozytywne rozpatrzenie mojego wniosku o pobyt rezydenta.</w:t>
      </w:r>
    </w:p>
    <w:p/>
    <w:p/>
    <w:p>
      <w:r>
        <w:rPr>
          <w:b w:val="0"/>
          <w:sz w:val="20"/>
        </w:rPr>
        <w:t>Miejsce, Data : _______________________________________________________________</w:t>
      </w:r>
    </w:p>
    <w:p/>
    <w:p/>
    <w:p/>
    <w:p>
      <w:r>
        <w:rPr>
          <w:b/>
          <w:sz w:val="20"/>
        </w:rPr>
        <w:t>Podpis wnioskodawcy : 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Wnioskodawca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Przedstawiciel Urzędu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Podpis: 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Podpis: 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https://dokumenty-pro.com/umotywowanie-wniosku-na-pobyt-rezydenta-wzor/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https://dokumenty-pro.com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dokumenty-pro.com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y-pro.com/umotywowanie-wniosku-na-pobyt-rezydenta-wzor/" TargetMode="External"/><Relationship Id="rId10" Type="http://schemas.openxmlformats.org/officeDocument/2006/relationships/hyperlink" Target="https://dokumenty-pr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