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TESTAMENT Z WYDZIEDZICZENIEM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nazwisko: 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/>
    <w:p>
      <w:r>
        <w:rPr>
          <w:b/>
          <w:sz w:val="20"/>
        </w:rPr>
        <w:t>Oświadczam, że niniejszym sporządzam testament, w którym rozporządzam moim majątkiem na wypadek mojej śmierci, z zachowaniem obowiązujących przepisów prawa polskiego.</w:t>
      </w:r>
    </w:p>
    <w:p/>
    <w:p>
      <w:r>
        <w:rPr>
          <w:b/>
          <w:sz w:val="20"/>
        </w:rPr>
        <w:t>§ 1 Postanowienia ogólne</w:t>
      </w:r>
    </w:p>
    <w:p>
      <w:r>
        <w:rPr>
          <w:b w:val="0"/>
          <w:sz w:val="20"/>
        </w:rPr>
        <w:t>1. Niniejszy testament jest moją wolą wyrażoną w formie pisemnej własnoręcznie podpisanej.</w:t>
        <w:br/>
        <w:t>2. Odwołuję wszystkie wcześniejsze testamenty oraz inne dyspozycje majątkowe.</w:t>
      </w:r>
    </w:p>
    <w:p/>
    <w:p>
      <w:r>
        <w:rPr>
          <w:b/>
          <w:sz w:val="20"/>
        </w:rPr>
        <w:t>§ 2 Wydziedziczenie</w:t>
      </w:r>
    </w:p>
    <w:p>
      <w:r>
        <w:rPr>
          <w:b w:val="0"/>
          <w:sz w:val="20"/>
        </w:rPr>
        <w:t>1. Wydziedziczam z mojej spadkobrania następujące osoby:</w:t>
        <w:br/>
        <w:t xml:space="preserve">   a) Imię i nazwisko: ________________________________________________</w:t>
        <w:br/>
        <w:t xml:space="preserve">      Powód wydziedziczenia: _________________________________________</w:t>
        <w:br/>
        <w:t xml:space="preserve">   b) Imię i nazwisko: ________________________________________________</w:t>
        <w:br/>
        <w:t xml:space="preserve">      Powód wydziedziczenia: _________________________________________</w:t>
        <w:br/>
        <w:t>(Można dodać kolejne osoby według potrzeby).</w:t>
      </w:r>
    </w:p>
    <w:p/>
    <w:p>
      <w:r>
        <w:rPr>
          <w:b/>
          <w:sz w:val="20"/>
        </w:rPr>
        <w:t>§ 3 Rozporządzenie majątkiem</w:t>
      </w:r>
    </w:p>
    <w:p>
      <w:r>
        <w:rPr>
          <w:b w:val="0"/>
          <w:sz w:val="20"/>
        </w:rPr>
        <w:t>1. Po mojej śmierci cały mój majątek przechodzi na następujących spadkobierców:</w:t>
        <w:br/>
        <w:t xml:space="preserve">   a) Imię i nazwisko: ________________________________________________</w:t>
        <w:br/>
        <w:t xml:space="preserve">      Udział w spadku: ____________________________</w:t>
        <w:br/>
        <w:t xml:space="preserve">   b) Imię i nazwisko: ________________________________________________</w:t>
        <w:br/>
        <w:t xml:space="preserve">      Udział w spadku: ____________________________</w:t>
        <w:br/>
        <w:t>(Można dodać kolejne osoby według potrzeby).</w:t>
        <w:br/>
        <w:t>2. W przypadku śmierci któregokolwiek ze spadkobierców przed otwarciem spadku, jego udział przypada ich potomkom zgodnie z przepisami Kodeksu Cywilnego.</w:t>
      </w:r>
    </w:p>
    <w:p/>
    <w:p>
      <w:r>
        <w:rPr>
          <w:b/>
          <w:sz w:val="20"/>
        </w:rPr>
        <w:t>§ 4 Wykonawca testamentu</w:t>
      </w:r>
    </w:p>
    <w:p>
      <w:r>
        <w:rPr>
          <w:b w:val="0"/>
          <w:sz w:val="20"/>
        </w:rPr>
        <w:t>1. Wykonawcą mojego testamentu ustanawiam:</w:t>
        <w:br/>
        <w:t xml:space="preserve">   Imię i nazwisko: ________________________________________________</w:t>
        <w:br/>
        <w:t xml:space="preserve">   Adres zamieszkania: ________________________________________________</w:t>
        <w:br/>
        <w:t>2. Wykonawca testamentu jest uprawniony do podejmowania wszelkich czynności niezbędnych do wykonania mojej ostatniej woli.</w:t>
      </w:r>
    </w:p>
    <w:p/>
    <w:p>
      <w:r>
        <w:rPr>
          <w:b/>
          <w:sz w:val="20"/>
        </w:rPr>
        <w:t>§ 5 Postanowienia końcowe</w:t>
      </w:r>
    </w:p>
    <w:p>
      <w:r>
        <w:rPr>
          <w:b w:val="0"/>
          <w:sz w:val="20"/>
        </w:rPr>
        <w:t>1. W sprawach nieuregulowanych niniejszym testamentem zastosowanie mają przepisy Kodeksu Cywilnego oraz innych obowiązujących aktów prawnych.</w:t>
        <w:br/>
        <w:t>2. Testament sporządzam zgodnie z moją wolą i stanem faktycznym.</w:t>
      </w:r>
    </w:p>
    <w:p/>
    <w:p/>
    <w:p>
      <w:r>
        <w:rPr>
          <w:b w:val="0"/>
          <w:sz w:val="20"/>
        </w:rPr>
        <w:t>Miejsce: ______________________________________________________</w:t>
      </w:r>
    </w:p>
    <w:p>
      <w:r>
        <w:rPr>
          <w:b w:val="0"/>
          <w:sz w:val="20"/>
        </w:rPr>
        <w:t>Podpis: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Świadek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Świadek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Imię i nazwisko: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Imię i nazwisko: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https://dokumenty-pro.com/testament-z-wydziedziczeniem-wzor/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testament-z-wydziedziczeniem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