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REKOMENDACJA NA LINKEDIN</w:t>
      </w:r>
    </w:p>
    <w:p/>
    <w:p/>
    <w:p>
      <w:r>
        <w:rPr>
          <w:b/>
          <w:sz w:val="20"/>
        </w:rPr>
        <w:t>Dane osoby rekomendującej:</w:t>
      </w:r>
    </w:p>
    <w:p>
      <w:r>
        <w:rPr>
          <w:b w:val="0"/>
          <w:sz w:val="20"/>
        </w:rPr>
        <w:t>Imię i nazwisko: ______________________________________________________</w:t>
      </w:r>
    </w:p>
    <w:p>
      <w:r>
        <w:rPr>
          <w:b w:val="0"/>
          <w:sz w:val="20"/>
        </w:rPr>
        <w:t>Stanowisko / Funkcja: _________________________________________________</w:t>
      </w:r>
    </w:p>
    <w:p>
      <w:r>
        <w:rPr>
          <w:b w:val="0"/>
          <w:sz w:val="20"/>
        </w:rPr>
        <w:t>Firma / Organizacja: _________________________________________________</w:t>
      </w:r>
    </w:p>
    <w:p>
      <w:r>
        <w:rPr>
          <w:b w:val="0"/>
          <w:sz w:val="20"/>
        </w:rPr>
        <w:t>Kontakt (email/telefon): ______________________________________________</w:t>
      </w:r>
    </w:p>
    <w:p/>
    <w:p>
      <w:r>
        <w:rPr>
          <w:b/>
          <w:sz w:val="20"/>
        </w:rPr>
        <w:t>Dane osoby rekomendowanej:</w:t>
      </w:r>
    </w:p>
    <w:p>
      <w:r>
        <w:rPr>
          <w:b w:val="0"/>
          <w:sz w:val="20"/>
        </w:rPr>
        <w:t>Imię i nazwisko: ______________________________________________________</w:t>
      </w:r>
    </w:p>
    <w:p>
      <w:r>
        <w:rPr>
          <w:b w:val="0"/>
          <w:sz w:val="20"/>
        </w:rPr>
        <w:t>Stanowisko / Funkcja: _________________________________________________</w:t>
      </w:r>
    </w:p>
    <w:p>
      <w:r>
        <w:rPr>
          <w:b w:val="0"/>
          <w:sz w:val="20"/>
        </w:rPr>
        <w:t>Firma / Organizacja: _________________________________________________</w:t>
      </w:r>
    </w:p>
    <w:p>
      <w:r>
        <w:rPr>
          <w:b w:val="0"/>
          <w:sz w:val="20"/>
        </w:rPr>
        <w:t>Kontakt (email/telefon): ______________________________________________</w:t>
      </w:r>
    </w:p>
    <w:p/>
    <w:p>
      <w:r>
        <w:rPr>
          <w:b/>
          <w:sz w:val="20"/>
        </w:rPr>
        <w:t>Treść rekomendacji:</w:t>
      </w:r>
    </w:p>
    <w:p>
      <w:r>
        <w:rPr>
          <w:b w:val="0"/>
          <w:sz w:val="20"/>
        </w:rPr>
        <w:t>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</w:t>
      </w:r>
    </w:p>
    <w:p/>
    <w:p>
      <w:r>
        <w:rPr>
          <w:b/>
          <w:sz w:val="20"/>
        </w:rPr>
        <w:t>Podsumowanie:</w:t>
      </w:r>
    </w:p>
    <w:p>
      <w:r>
        <w:rPr>
          <w:b w:val="0"/>
          <w:sz w:val="20"/>
        </w:rPr>
        <w:t>Z pełnym przekonaniem rekomenduję Pana/Panią _______________________________</w:t>
      </w:r>
    </w:p>
    <w:p>
      <w:r>
        <w:rPr>
          <w:b w:val="0"/>
          <w:sz w:val="20"/>
        </w:rPr>
        <w:t>do współpracy oraz potwierdzam jego/jej wysokie kwalifikacje i profesjonalizm.</w:t>
      </w:r>
    </w:p>
    <w:p/>
    <w:p>
      <w:r>
        <w:rPr>
          <w:b w:val="0"/>
          <w:sz w:val="20"/>
        </w:rPr>
        <w:t>Data i miejsce: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osoby rekomendującej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https://dokumenty-pro.com/rekomendacja-na-linkedin-przyklady/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rekomendacja-na-linkedin-przyklady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