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REFERAT</w:t>
      </w:r>
    </w:p>
    <w:p/>
    <w:p/>
    <w:p>
      <w:r>
        <w:rPr>
          <w:b/>
          <w:sz w:val="22"/>
        </w:rPr>
        <w:t>I. Dane identyfikacyjne sprawy</w:t>
      </w:r>
    </w:p>
    <w:p>
      <w:r>
        <w:rPr>
          <w:b w:val="0"/>
          <w:sz w:val="22"/>
        </w:rPr>
        <w:t>1. Sygnatura akt: _____________________________________________</w:t>
      </w:r>
    </w:p>
    <w:p>
      <w:r>
        <w:rPr>
          <w:b w:val="0"/>
          <w:sz w:val="22"/>
        </w:rPr>
        <w:t>2. Data wpływu: ______________________________________________</w:t>
      </w:r>
    </w:p>
    <w:p>
      <w:r>
        <w:rPr>
          <w:b w:val="0"/>
          <w:sz w:val="22"/>
        </w:rPr>
        <w:t>3. Rodzaj sprawy: ____________________________________________</w:t>
      </w:r>
    </w:p>
    <w:p>
      <w:r>
        <w:rPr>
          <w:b w:val="0"/>
          <w:sz w:val="22"/>
        </w:rPr>
        <w:t>4. Jednostka organizacyjna: ___________________________________</w:t>
      </w:r>
    </w:p>
    <w:p/>
    <w:p>
      <w:r>
        <w:rPr>
          <w:b/>
          <w:sz w:val="22"/>
        </w:rPr>
        <w:t>II. Opis sprawy / treść referatu</w:t>
      </w:r>
    </w:p>
    <w:p>
      <w:r>
        <w:rPr>
          <w:b w:val="0"/>
          <w:sz w:val="22"/>
        </w:rPr>
        <w:t>...............................................................................................................</w:t>
        <w:br/>
        <w:t>...............................................................................................................</w:t>
        <w:br/>
        <w:t>...............................................................................................................</w:t>
        <w:br/>
        <w:t>...............................................................................................................</w:t>
        <w:br/>
        <w:t>...............................................................................................................</w:t>
      </w:r>
    </w:p>
    <w:p/>
    <w:p>
      <w:r>
        <w:rPr>
          <w:b/>
          <w:sz w:val="22"/>
        </w:rPr>
        <w:t>III. Podstawa prawna</w:t>
      </w:r>
    </w:p>
    <w:p>
      <w:r>
        <w:rPr>
          <w:b w:val="0"/>
          <w:sz w:val="22"/>
        </w:rPr>
        <w:t>...............................................................................................................</w:t>
        <w:br/>
        <w:t>...............................................................................................................</w:t>
        <w:br/>
        <w:t>...............................................................................................................</w:t>
      </w:r>
    </w:p>
    <w:p/>
    <w:p>
      <w:r>
        <w:rPr>
          <w:b/>
          <w:sz w:val="22"/>
        </w:rPr>
        <w:t>IV. Wnioski i propozycje</w:t>
      </w:r>
    </w:p>
    <w:p>
      <w:r>
        <w:rPr>
          <w:b w:val="0"/>
          <w:sz w:val="22"/>
        </w:rPr>
        <w:t>...............................................................................................................</w:t>
        <w:br/>
        <w:t>...............................................................................................................</w:t>
        <w:br/>
        <w:t>...............................................................................................................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Referent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Kierownik jednostki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https://dokumenty-pro.com/referat-wzor/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referat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