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PRZEDSĄDOWE WEZWANIE DO WYDANIA RZECZY</w:t>
      </w:r>
    </w:p>
    <w:p/>
    <w:p/>
    <w:p>
      <w:r>
        <w:rPr>
          <w:b w:val="0"/>
          <w:sz w:val="20"/>
        </w:rPr>
        <w:t>Miejsce : ____________________________    Data : ____________________________</w:t>
      </w:r>
    </w:p>
    <w:p/>
    <w:p/>
    <w:p>
      <w:r>
        <w:rPr>
          <w:b/>
          <w:sz w:val="20"/>
        </w:rPr>
        <w:t>Dane Wierzyciela (wezwania) :</w:t>
      </w:r>
    </w:p>
    <w:p>
      <w:r>
        <w:rPr>
          <w:b w:val="0"/>
          <w:sz w:val="20"/>
        </w:rPr>
        <w:t>Imię i Nazwisko/Firma : ___________________________________________________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>
      <w:r>
        <w:rPr>
          <w:b w:val="0"/>
          <w:sz w:val="20"/>
        </w:rPr>
        <w:t>PESEL/NIP : ______________________________________________________________</w:t>
      </w:r>
    </w:p>
    <w:p>
      <w:r>
        <w:rPr>
          <w:b w:val="0"/>
          <w:sz w:val="20"/>
        </w:rPr>
        <w:t>Telefon/e-mail : _________________________________________________________</w:t>
      </w:r>
    </w:p>
    <w:p/>
    <w:p/>
    <w:p>
      <w:r>
        <w:rPr>
          <w:b/>
          <w:sz w:val="20"/>
        </w:rPr>
        <w:t>Dane Dłużnika (adresata wezwania) :</w:t>
      </w:r>
    </w:p>
    <w:p>
      <w:r>
        <w:rPr>
          <w:b w:val="0"/>
          <w:sz w:val="20"/>
        </w:rPr>
        <w:t>Imię i Nazwisko/Firma : ___________________________________________________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>
      <w:r>
        <w:rPr>
          <w:b w:val="0"/>
          <w:sz w:val="20"/>
        </w:rPr>
        <w:t>PESEL/NIP : ______________________________________________________________</w:t>
      </w:r>
    </w:p>
    <w:p>
      <w:r>
        <w:rPr>
          <w:b w:val="0"/>
          <w:sz w:val="20"/>
        </w:rPr>
        <w:t>Telefon/e-mail : _________________________________________________________</w:t>
      </w:r>
    </w:p>
    <w:p/>
    <w:p/>
    <w:p>
      <w:r>
        <w:rPr>
          <w:b w:val="0"/>
          <w:sz w:val="20"/>
        </w:rPr>
        <w:t>Na podstawie przepisów Kodeksu cywilnego, w szczególności art. 222 §1, wzywam do niezwłocznego wydania rzeczy, której zwrot jest przedmiotem niniejszego wezwania.</w:t>
      </w:r>
    </w:p>
    <w:p/>
    <w:p>
      <w:r>
        <w:rPr>
          <w:b/>
          <w:sz w:val="20"/>
        </w:rPr>
        <w:t>Opis rzeczy do wydania :</w:t>
      </w:r>
    </w:p>
    <w:p>
      <w:r>
        <w:rPr>
          <w:b w:val="0"/>
          <w:sz w:val="20"/>
        </w:rPr>
        <w:t>Nazwa/rodzaj rzeczy : ____________________________________________________</w:t>
      </w:r>
    </w:p>
    <w:p>
      <w:r>
        <w:rPr>
          <w:b w:val="0"/>
          <w:sz w:val="20"/>
        </w:rPr>
        <w:t>Dane identyfikacyjne (jeśli dotyczy) : _____________________________________</w:t>
      </w:r>
    </w:p>
    <w:p>
      <w:r>
        <w:rPr>
          <w:b w:val="0"/>
          <w:sz w:val="20"/>
        </w:rPr>
        <w:t>Stan rzeczy (opcjonalnie) : ________________________________________________</w:t>
      </w:r>
    </w:p>
    <w:p/>
    <w:p/>
    <w:p>
      <w:r>
        <w:rPr>
          <w:b/>
          <w:sz w:val="20"/>
        </w:rPr>
        <w:t>Podstawa wezwania :</w:t>
      </w:r>
    </w:p>
    <w:p>
      <w:r>
        <w:rPr>
          <w:b w:val="0"/>
          <w:sz w:val="20"/>
        </w:rPr>
        <w:t>Rzecz wymieniona powyżej znajduje się w posiadaniu Dłużnika niezgodnie z prawem, pomimo moich uprawnień do jej posiadania na podstawie umowy lub stosunku prawnego.</w:t>
      </w:r>
    </w:p>
    <w:p>
      <w:r>
        <w:rPr>
          <w:b w:val="0"/>
          <w:sz w:val="20"/>
        </w:rPr>
        <w:t>Wzywam do wydania tej rzeczy w terminie 7 dni od doręczenia niniejszego wezwania.</w:t>
      </w:r>
    </w:p>
    <w:p/>
    <w:p>
      <w:r>
        <w:rPr>
          <w:b/>
          <w:sz w:val="20"/>
        </w:rPr>
        <w:t>Skutki niewykonania wezwania :</w:t>
      </w:r>
    </w:p>
    <w:p>
      <w:r>
        <w:rPr>
          <w:b w:val="0"/>
          <w:sz w:val="20"/>
        </w:rPr>
        <w:t>Brak wydania rzeczy w wyznaczonym terminie spowoduje skierowanie sprawy na drogę sądową wraz z dochodzeniem kosztów postępowania oraz ewentualnych odsetek i odszkodowań wynikających z przepisów prawa.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.....................................................</w:t>
      </w:r>
    </w:p>
    <w:p>
      <w:pPr>
        <w:jc w:val="center"/>
      </w:pPr>
      <w:r>
        <w:rPr>
          <w:b w:val="0"/>
          <w:sz w:val="20"/>
        </w:rPr>
        <w:t>Podpis Wierzyciela/Pełnomocnika</w:t>
      </w:r>
    </w:p>
    <w:p/>
    <w:p/>
    <w:p/>
    <w:p>
      <w:r>
        <w:rPr>
          <w:b/>
          <w:sz w:val="20"/>
        </w:rPr>
        <w:t>Potwierdzenie odbioru wezwania (wypełnia odbiorca) :</w:t>
      </w:r>
    </w:p>
    <w:p>
      <w:r>
        <w:rPr>
          <w:b w:val="0"/>
          <w:sz w:val="20"/>
        </w:rPr>
        <w:t>Data odbioru : ____________________________</w:t>
      </w:r>
    </w:p>
    <w:p>
      <w:r>
        <w:rPr>
          <w:b w:val="0"/>
          <w:sz w:val="20"/>
        </w:rPr>
        <w:t>Podpis odbiorcy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WIERZYCIEL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DŁUŻNIK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Nazwa/Imię i nazwisko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Nazwa/Imię i nazwisko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https://dokumenty-pro.com/przedsadowe-wezwanie-do-wydania-rzeczy-wzor/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przedsadowe-wezwanie-do-wydania-rzeczy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