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PROTOKÓŁ Z RADY PEDAGOGICZNEJ</w:t>
      </w:r>
    </w:p>
    <w:p/>
    <w:p/>
    <w:p>
      <w:r>
        <w:rPr>
          <w:b w:val="0"/>
          <w:sz w:val="22"/>
        </w:rPr>
        <w:t>Szkoła / placówka : __________________________________________________________</w:t>
      </w:r>
    </w:p>
    <w:p>
      <w:r>
        <w:rPr>
          <w:b w:val="0"/>
          <w:sz w:val="22"/>
        </w:rPr>
        <w:t>Adres : _______________________________________________________________________</w:t>
      </w:r>
    </w:p>
    <w:p>
      <w:r>
        <w:rPr>
          <w:b w:val="0"/>
          <w:sz w:val="22"/>
        </w:rPr>
        <w:t>Data posiedzenia : ____________________________________________________________</w:t>
      </w:r>
    </w:p>
    <w:p>
      <w:r>
        <w:rPr>
          <w:b w:val="0"/>
          <w:sz w:val="22"/>
        </w:rPr>
        <w:t>Godzina rozpoczęcia : _______________  Godzina zakończenia : ___________________</w:t>
      </w:r>
    </w:p>
    <w:p/>
    <w:p/>
    <w:p>
      <w:r>
        <w:rPr>
          <w:b/>
          <w:sz w:val="22"/>
        </w:rPr>
        <w:t>Lista obecności:</w:t>
      </w:r>
    </w:p>
    <w:p>
      <w:r>
        <w:rPr>
          <w:b w:val="0"/>
          <w:sz w:val="22"/>
        </w:rPr>
        <w:t>Lp.   Imię i nazwisko   Stanowisko / Funkcja   Podpis</w:t>
      </w:r>
    </w:p>
    <w:p>
      <w:r>
        <w:rPr>
          <w:b w:val="0"/>
          <w:sz w:val="22"/>
        </w:rPr>
        <w:t>1.    ______________________________________________________________</w:t>
      </w:r>
    </w:p>
    <w:p>
      <w:r>
        <w:rPr>
          <w:b w:val="0"/>
          <w:sz w:val="22"/>
        </w:rPr>
        <w:t>2.    ______________________________________________________________</w:t>
      </w:r>
    </w:p>
    <w:p>
      <w:r>
        <w:rPr>
          <w:b w:val="0"/>
          <w:sz w:val="22"/>
        </w:rPr>
        <w:t>3.    ______________________________________________________________</w:t>
      </w:r>
    </w:p>
    <w:p>
      <w:r>
        <w:rPr>
          <w:b w:val="0"/>
          <w:sz w:val="22"/>
        </w:rPr>
        <w:t>4.    ______________________________________________________________</w:t>
      </w:r>
    </w:p>
    <w:p>
      <w:r>
        <w:rPr>
          <w:b w:val="0"/>
          <w:sz w:val="22"/>
        </w:rPr>
        <w:t>5.    ______________________________________________________________</w:t>
      </w:r>
    </w:p>
    <w:p>
      <w:r>
        <w:rPr>
          <w:b w:val="0"/>
          <w:sz w:val="22"/>
        </w:rPr>
        <w:t>6.    ______________________________________________________________</w:t>
      </w:r>
    </w:p>
    <w:p>
      <w:r>
        <w:rPr>
          <w:b w:val="0"/>
          <w:sz w:val="22"/>
        </w:rPr>
        <w:t>7.    ______________________________________________________________</w:t>
      </w:r>
    </w:p>
    <w:p>
      <w:r>
        <w:rPr>
          <w:b w:val="0"/>
          <w:sz w:val="22"/>
        </w:rPr>
        <w:t>8.    ______________________________________________________________</w:t>
      </w:r>
    </w:p>
    <w:p>
      <w:r>
        <w:rPr>
          <w:b w:val="0"/>
          <w:sz w:val="22"/>
        </w:rPr>
        <w:t>9.    ______________________________________________________________</w:t>
      </w:r>
    </w:p>
    <w:p>
      <w:r>
        <w:rPr>
          <w:b w:val="0"/>
          <w:sz w:val="22"/>
        </w:rPr>
        <w:t>10.    ______________________________________________________________</w:t>
      </w:r>
    </w:p>
    <w:p/>
    <w:p/>
    <w:p>
      <w:r>
        <w:rPr>
          <w:b/>
          <w:sz w:val="22"/>
        </w:rPr>
        <w:t>Porządek obrad:</w:t>
      </w:r>
    </w:p>
    <w:p>
      <w:r>
        <w:rPr>
          <w:b w:val="0"/>
          <w:sz w:val="22"/>
        </w:rPr>
        <w:t>1. ______________________________________________________________</w:t>
      </w:r>
    </w:p>
    <w:p>
      <w:r>
        <w:rPr>
          <w:b w:val="0"/>
          <w:sz w:val="22"/>
        </w:rPr>
        <w:t>2. ______________________________________________________________</w:t>
      </w:r>
    </w:p>
    <w:p>
      <w:r>
        <w:rPr>
          <w:b w:val="0"/>
          <w:sz w:val="22"/>
        </w:rPr>
        <w:t>3. ______________________________________________________________</w:t>
      </w:r>
    </w:p>
    <w:p>
      <w:r>
        <w:rPr>
          <w:b w:val="0"/>
          <w:sz w:val="22"/>
        </w:rPr>
        <w:t>4. ______________________________________________________________</w:t>
      </w:r>
    </w:p>
    <w:p>
      <w:r>
        <w:rPr>
          <w:b w:val="0"/>
          <w:sz w:val="22"/>
        </w:rPr>
        <w:t>5. ______________________________________________________________</w:t>
      </w:r>
    </w:p>
    <w:p/>
    <w:p/>
    <w:p>
      <w:r>
        <w:rPr>
          <w:b/>
          <w:sz w:val="22"/>
        </w:rPr>
        <w:t>Ustalenia i wnioski:</w:t>
      </w:r>
    </w:p>
    <w:p>
      <w:r>
        <w:rPr>
          <w:b w:val="0"/>
          <w:sz w:val="22"/>
        </w:rPr>
        <w:t>1. ______________________________________________________________</w:t>
      </w:r>
    </w:p>
    <w:p>
      <w:r>
        <w:rPr>
          <w:b w:val="0"/>
          <w:sz w:val="22"/>
        </w:rPr>
        <w:t>2. ______________________________________________________________</w:t>
      </w:r>
    </w:p>
    <w:p>
      <w:r>
        <w:rPr>
          <w:b w:val="0"/>
          <w:sz w:val="22"/>
        </w:rPr>
        <w:t>3. ______________________________________________________________</w:t>
      </w:r>
    </w:p>
    <w:p>
      <w:r>
        <w:rPr>
          <w:b w:val="0"/>
          <w:sz w:val="22"/>
        </w:rPr>
        <w:t>4. ______________________________________________________________</w:t>
      </w:r>
    </w:p>
    <w:p>
      <w:r>
        <w:rPr>
          <w:b w:val="0"/>
          <w:sz w:val="22"/>
        </w:rPr>
        <w:t>5. ______________________________________________________________</w:t>
      </w:r>
    </w:p>
    <w:p/>
    <w:p/>
    <w:p>
      <w:r>
        <w:rPr>
          <w:b/>
          <w:sz w:val="22"/>
        </w:rPr>
        <w:t>Podpis Przewodniczącego Rady Pedagogicznej: _______________________________</w:t>
      </w:r>
    </w:p>
    <w:p/>
    <w:p>
      <w:r>
        <w:rPr>
          <w:b/>
          <w:sz w:val="22"/>
        </w:rPr>
        <w:t>Podpis Sekretarza Rady Pedagogicznej: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Przewodniczący Rady Pedagogicznej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Sekretarz Rady Pedagogicznej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https://dokumenty-pro.com/protokol-z-rady-pedagogicznej-wzor/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protokol-z-rady-pedagogicznej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