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POTWIERDZENIE ZAPŁATY GOTÓWKĄ</w:t>
      </w:r>
    </w:p>
    <w:p/>
    <w:p/>
    <w:p>
      <w:r>
        <w:rPr>
          <w:b/>
          <w:sz w:val="20"/>
        </w:rPr>
        <w:t>Dane odbiorcy zapłaty:</w:t>
      </w:r>
    </w:p>
    <w:p>
      <w:r>
        <w:rPr>
          <w:b w:val="0"/>
          <w:sz w:val="20"/>
        </w:rPr>
        <w:t>Imię i nazwisko / Nazwa firmy: ___________________________________________</w:t>
      </w:r>
    </w:p>
    <w:p>
      <w:r>
        <w:rPr>
          <w:b w:val="0"/>
          <w:sz w:val="20"/>
        </w:rPr>
        <w:t>Adres: _________________________________________________________________</w:t>
      </w:r>
    </w:p>
    <w:p>
      <w:r>
        <w:rPr>
          <w:b w:val="0"/>
          <w:sz w:val="20"/>
        </w:rPr>
        <w:t>NIP/PESEL: ______________________________________________________________</w:t>
      </w:r>
    </w:p>
    <w:p/>
    <w:p>
      <w:r>
        <w:rPr>
          <w:b/>
          <w:sz w:val="20"/>
        </w:rPr>
        <w:t>Dane płacącego:</w:t>
      </w:r>
    </w:p>
    <w:p>
      <w:r>
        <w:rPr>
          <w:b w:val="0"/>
          <w:sz w:val="20"/>
        </w:rPr>
        <w:t>Imię i nazwisko / Nazwa firmy: ___________________________________________</w:t>
      </w:r>
    </w:p>
    <w:p>
      <w:r>
        <w:rPr>
          <w:b w:val="0"/>
          <w:sz w:val="20"/>
        </w:rPr>
        <w:t>Adres: _________________________________________________________________</w:t>
      </w:r>
    </w:p>
    <w:p>
      <w:r>
        <w:rPr>
          <w:b w:val="0"/>
          <w:sz w:val="20"/>
        </w:rPr>
        <w:t>NIP/PESEL: ______________________________________________________________</w:t>
      </w:r>
    </w:p>
    <w:p/>
    <w:p>
      <w:r>
        <w:rPr>
          <w:b/>
          <w:sz w:val="20"/>
        </w:rPr>
        <w:t>Potwierdzam otrzymanie od płacącego kwoty:</w:t>
      </w:r>
    </w:p>
    <w:p>
      <w:r>
        <w:rPr>
          <w:b w:val="0"/>
          <w:sz w:val="20"/>
        </w:rPr>
        <w:t>Kwota (słownie): _______________________________________________________</w:t>
      </w:r>
    </w:p>
    <w:p>
      <w:r>
        <w:rPr>
          <w:b w:val="0"/>
          <w:sz w:val="20"/>
        </w:rPr>
        <w:t>Kwota (cyfrowo): _______________________ PLN</w:t>
      </w:r>
    </w:p>
    <w:p/>
    <w:p>
      <w:r>
        <w:rPr>
          <w:b w:val="0"/>
          <w:sz w:val="20"/>
        </w:rPr>
        <w:t>Tytuł zapłaty / opis: __________________________________________________</w:t>
      </w:r>
    </w:p>
    <w:p/>
    <w:p>
      <w:r>
        <w:rPr>
          <w:b w:val="0"/>
          <w:sz w:val="20"/>
        </w:rPr>
        <w:t>Oświadczam, że powyższa kwota została przekazana gotówką i przyjmuję ją bez zastrzeżeń.</w:t>
      </w:r>
    </w:p>
    <w:p/>
    <w:p/>
    <w:p>
      <w:r>
        <w:rPr>
          <w:b w:val="0"/>
          <w:sz w:val="20"/>
        </w:rPr>
        <w:t>Miejsce: ______________________    Data: 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Podpis odbiorcy: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Podpis płacącego: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https://dokumenty-pro.com/potwierdzenie-zaplaty-gotowka/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https://dokumenty-pro.com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dokumenty-pro.com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y-pro.com/potwierdzenie-zaplaty-gotowka/" TargetMode="External"/><Relationship Id="rId10" Type="http://schemas.openxmlformats.org/officeDocument/2006/relationships/hyperlink" Target="https://dokumenty-p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