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PISMO PRZYGOTAWCZE</w:t>
      </w:r>
    </w:p>
    <w:p/>
    <w:p/>
    <w:p>
      <w:r>
        <w:rPr>
          <w:b/>
          <w:sz w:val="22"/>
        </w:rPr>
        <w:t>NADAWCA:</w:t>
      </w:r>
    </w:p>
    <w:p>
      <w:r>
        <w:rPr>
          <w:b w:val="0"/>
          <w:sz w:val="22"/>
        </w:rPr>
        <w:t>Imię i nazwisko / Nazwa firmy : ________________________________________________</w:t>
      </w:r>
    </w:p>
    <w:p>
      <w:r>
        <w:rPr>
          <w:b w:val="0"/>
          <w:sz w:val="22"/>
        </w:rPr>
        <w:t>Adres : ________________________________________________________________________</w:t>
      </w:r>
    </w:p>
    <w:p>
      <w:r>
        <w:rPr>
          <w:b w:val="0"/>
          <w:sz w:val="22"/>
        </w:rPr>
        <w:t>Telefon : ________________________________  Email : ______________________________</w:t>
      </w:r>
    </w:p>
    <w:p/>
    <w:p>
      <w:r>
        <w:rPr>
          <w:b/>
          <w:sz w:val="22"/>
        </w:rPr>
        <w:t>ODBIORCA:</w:t>
      </w:r>
    </w:p>
    <w:p>
      <w:r>
        <w:rPr>
          <w:b w:val="0"/>
          <w:sz w:val="22"/>
        </w:rPr>
        <w:t>Imię i nazwisko / Nazwa firmy : ________________________________________________</w:t>
      </w:r>
    </w:p>
    <w:p>
      <w:r>
        <w:rPr>
          <w:b w:val="0"/>
          <w:sz w:val="22"/>
        </w:rPr>
        <w:t>Adres : ________________________________________________________________________</w:t>
      </w:r>
    </w:p>
    <w:p>
      <w:r>
        <w:rPr>
          <w:b w:val="0"/>
          <w:sz w:val="22"/>
        </w:rPr>
        <w:t>Telefon : ________________________________  Email : ______________________________</w:t>
      </w:r>
    </w:p>
    <w:p/>
    <w:p/>
    <w:p>
      <w:r>
        <w:rPr>
          <w:b w:val="0"/>
          <w:sz w:val="22"/>
        </w:rPr>
        <w:t>Szanowni Państwo,</w:t>
      </w:r>
    </w:p>
    <w:p/>
    <w:p>
      <w:r>
        <w:rPr>
          <w:b w:val="0"/>
          <w:sz w:val="22"/>
        </w:rPr>
        <w:t>Niniejszym przesyłam przygotowane pismo, które ma na celu ułatwienie dalszej współpracy oraz zapewnienie jasności w zakresie ustaleń dotyczących przedmiotu sprawy.</w:t>
      </w:r>
    </w:p>
    <w:p/>
    <w:p>
      <w:r>
        <w:rPr>
          <w:b w:val="0"/>
          <w:sz w:val="22"/>
        </w:rPr>
        <w:t>Proszę o zapoznanie się z zawartymi informacjami i w razie potrzeby kontakt w celu dokonania ewentualnych uzupełnień lub wyjaśnień.</w:t>
      </w:r>
    </w:p>
    <w:p/>
    <w:p/>
    <w:p>
      <w:r>
        <w:rPr>
          <w:b/>
          <w:sz w:val="22"/>
        </w:rPr>
        <w:t>SZCZEGÓŁY SPRAWY:</w:t>
      </w:r>
    </w:p>
    <w:p>
      <w:r>
        <w:rPr>
          <w:b w:val="0"/>
          <w:sz w:val="22"/>
        </w:rPr>
        <w:t>Opis sprawy : _________________________________________________________________</w:t>
      </w:r>
    </w:p>
    <w:p>
      <w:r>
        <w:rPr>
          <w:b w:val="0"/>
          <w:sz w:val="22"/>
        </w:rPr>
        <w:t>Numer sprawy (jeśli dotyczy) : ________________________________________________</w:t>
      </w:r>
    </w:p>
    <w:p>
      <w:r>
        <w:rPr>
          <w:b w:val="0"/>
          <w:sz w:val="22"/>
        </w:rPr>
        <w:t>Termin realizacji : ____________________________________________________________</w:t>
      </w:r>
    </w:p>
    <w:p>
      <w:r>
        <w:rPr>
          <w:b w:val="0"/>
          <w:sz w:val="22"/>
        </w:rPr>
        <w:t>Dodatkowe uwagi : _____________________________________________________________</w:t>
      </w:r>
    </w:p>
    <w:p/>
    <w:p/>
    <w:p>
      <w:r>
        <w:rPr>
          <w:b w:val="0"/>
          <w:sz w:val="22"/>
        </w:rPr>
        <w:t>Proszę o potwierdzenie otrzymania niniejszego pisma oraz o informację zwrotną dotyczącą dalszych kroków.</w:t>
      </w:r>
    </w:p>
    <w:p/>
    <w:p/>
    <w:p>
      <w:r>
        <w:rPr>
          <w:b w:val="0"/>
          <w:sz w:val="22"/>
        </w:rPr>
        <w:t>Miejsce, data: ________________________________________________________________</w:t>
      </w:r>
    </w:p>
    <w:p/>
    <w:p/>
    <w:p/>
    <w:p>
      <w:r>
        <w:rPr>
          <w:b w:val="0"/>
          <w:sz w:val="22"/>
        </w:rPr>
        <w:t>Podpis: 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ODBIORCA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https://dokumenty-pro.com/pismo-przygotowawcze-wzor/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ismo-przygotowawcze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