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PISMO O SPONSORING DLA PRZEDSZKOLA</w:t>
      </w:r>
    </w:p>
    <w:p/>
    <w:p>
      <w:r>
        <w:rPr>
          <w:b/>
          <w:sz w:val="20"/>
        </w:rPr>
        <w:t>Dane Nadawcy:</w:t>
      </w:r>
    </w:p>
    <w:p>
      <w:r>
        <w:rPr>
          <w:b w:val="0"/>
          <w:sz w:val="20"/>
        </w:rPr>
        <w:t>Nazwa/Imię i nazwisko : _______________________________________________</w:t>
      </w:r>
    </w:p>
    <w:p>
      <w:r>
        <w:rPr>
          <w:b w:val="0"/>
          <w:sz w:val="20"/>
        </w:rPr>
        <w:t>Adres : ________________________________________________________________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________________________________________________________________</w:t>
      </w:r>
    </w:p>
    <w:p/>
    <w:p>
      <w:r>
        <w:rPr>
          <w:b/>
          <w:sz w:val="20"/>
        </w:rPr>
        <w:t>Dane Odbiorcy (Przedszkole):</w:t>
      </w:r>
    </w:p>
    <w:p>
      <w:r>
        <w:rPr>
          <w:b w:val="0"/>
          <w:sz w:val="20"/>
        </w:rPr>
        <w:t>Nazwa przedszkola : _________________________________________________</w:t>
      </w:r>
    </w:p>
    <w:p>
      <w:r>
        <w:rPr>
          <w:b w:val="0"/>
          <w:sz w:val="20"/>
        </w:rPr>
        <w:t>Adres : ________________________________________________________________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________________________________________________________________</w:t>
      </w:r>
    </w:p>
    <w:p/>
    <w:p>
      <w:r>
        <w:rPr>
          <w:b w:val="0"/>
          <w:sz w:val="20"/>
        </w:rPr>
        <w:t>Szanowni Państwo,</w:t>
      </w:r>
    </w:p>
    <w:p/>
    <w:p>
      <w:r>
        <w:rPr>
          <w:b w:val="0"/>
          <w:sz w:val="20"/>
        </w:rPr>
        <w:t>Zwracamy się z prośbą o wsparcie finansowe (sponsoring) dla naszego przedszkola, które umożliwi realizację projektów edukacyjnych i rozwojowych dla dzieci. Wszelkie przekazane środki zostaną przeznaczone na zakup pomocy dydaktycznych, organizację zajęć dodatkowych oraz poprawę warunków nauki i zabawy.</w:t>
      </w:r>
    </w:p>
    <w:p/>
    <w:p>
      <w:r>
        <w:rPr>
          <w:b w:val="0"/>
          <w:sz w:val="20"/>
        </w:rPr>
        <w:t>Jesteśmy przekonani, że Państwa wsparcie przyczyni się do podniesienia jakości edukacji i pozytywnie wpłynie na rozwój naszych podopiecznych. W zamian oferujemy umieszczenie logo sponsora na materiałach promocyjnych oraz informacjach dotyczących realizowanych projektów.</w:t>
      </w:r>
    </w:p>
    <w:p/>
    <w:p>
      <w:r>
        <w:rPr>
          <w:b w:val="0"/>
          <w:sz w:val="20"/>
        </w:rPr>
        <w:t>Liczymy na Państwa życzliwość i otwartość na współpracę. W przypadku pytań lub potrzeby uzyskania dodatkowych informacji pozostajemy do dyspozycji.</w:t>
      </w:r>
    </w:p>
    <w:p/>
    <w:p/>
    <w:p>
      <w:r>
        <w:rPr>
          <w:b w:val="0"/>
          <w:sz w:val="20"/>
        </w:rPr>
        <w:t>Z wyrazami szacunku,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PRZEDSZKOLE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Nazwa/Imię i nazwisko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Nazwa przedszkola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https://dokumenty-pro.com/pismo-o-sponsoring-dla-przedszkola/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pismo-o-sponsoring-dla-przedszkola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