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OPINIA SERWISOWA</w:t>
      </w:r>
    </w:p>
    <w:p/>
    <w:p/>
    <w:p>
      <w:r>
        <w:rPr>
          <w:b/>
          <w:sz w:val="20"/>
        </w:rPr>
        <w:t>Dane Klienta:</w:t>
      </w:r>
    </w:p>
    <w:p>
      <w:r>
        <w:rPr>
          <w:b w:val="0"/>
          <w:sz w:val="20"/>
        </w:rPr>
        <w:t>Imię i Nazwisko / Firma : 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</w:t>
      </w:r>
    </w:p>
    <w:p/>
    <w:p>
      <w:r>
        <w:rPr>
          <w:b/>
          <w:sz w:val="20"/>
        </w:rPr>
        <w:t>Dane urządzenia / maszyny:</w:t>
      </w:r>
    </w:p>
    <w:p>
      <w:r>
        <w:rPr>
          <w:b w:val="0"/>
          <w:sz w:val="20"/>
        </w:rPr>
        <w:t>Nazwa / Model : __________________________________________________________</w:t>
      </w:r>
    </w:p>
    <w:p>
      <w:r>
        <w:rPr>
          <w:b w:val="0"/>
          <w:sz w:val="20"/>
        </w:rPr>
        <w:t>Numer seryjny / identyfikacyjny : _________________________________________</w:t>
      </w:r>
    </w:p>
    <w:p>
      <w:r>
        <w:rPr>
          <w:b w:val="0"/>
          <w:sz w:val="20"/>
        </w:rPr>
        <w:t>Rok produkcji : ___________________________________________________________</w:t>
      </w:r>
    </w:p>
    <w:p>
      <w:r>
        <w:rPr>
          <w:b w:val="0"/>
          <w:sz w:val="20"/>
        </w:rPr>
        <w:t>Data dostarczenia do serwisu : ____________________________________________</w:t>
      </w:r>
    </w:p>
    <w:p/>
    <w:p>
      <w:r>
        <w:rPr>
          <w:b/>
          <w:sz w:val="20"/>
        </w:rPr>
        <w:t>Opis zgłoszonej usterki / problemu: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Czynności serwisowe wykonane przy urządzeniu: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Wynik diagnozy: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Zalecenia dotyczące dalszych działań: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Informacja o kosztach (jeśli dotyczy):</w:t>
      </w:r>
    </w:p>
    <w:p>
      <w:r>
        <w:rPr>
          <w:b w:val="0"/>
          <w:sz w:val="20"/>
        </w:rPr>
        <w:t>Koszt naprawy / części : _________________________________________________</w:t>
      </w:r>
    </w:p>
    <w:p>
      <w:r>
        <w:rPr>
          <w:b w:val="0"/>
          <w:sz w:val="20"/>
        </w:rPr>
        <w:t>Termin realizacji : ______________________________________________________</w:t>
      </w:r>
    </w:p>
    <w:p>
      <w:r>
        <w:rPr>
          <w:b w:val="0"/>
          <w:sz w:val="20"/>
        </w:rPr>
        <w:t>Uwagi dodatkowe : ________________________________________________________</w:t>
      </w:r>
    </w:p>
    <w:p/>
    <w:p/>
    <w:p>
      <w:r>
        <w:rPr>
          <w:b w:val="0"/>
          <w:sz w:val="20"/>
        </w:rPr>
        <w:t>Miejsce,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Serwisant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https://dokumenty-pro.com/opinia-serwisowa-wzor/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opinia-serwisowa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