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OPINIA O PRACOWNIKU</w:t>
      </w:r>
    </w:p>
    <w:p/>
    <w:p/>
    <w:p>
      <w:r>
        <w:rPr>
          <w:b/>
          <w:sz w:val="20"/>
        </w:rPr>
        <w:t>Dane Pracownika:</w:t>
      </w:r>
    </w:p>
    <w:p>
      <w:r>
        <w:rPr>
          <w:b w:val="0"/>
          <w:sz w:val="20"/>
        </w:rPr>
        <w:t>Imię i nazwisko: ________________________________________________</w:t>
      </w:r>
    </w:p>
    <w:p>
      <w:r>
        <w:rPr>
          <w:b w:val="0"/>
          <w:sz w:val="20"/>
        </w:rPr>
        <w:t>Stanowisko pracy: ________________________________________________</w:t>
      </w:r>
    </w:p>
    <w:p>
      <w:r>
        <w:rPr>
          <w:b w:val="0"/>
          <w:sz w:val="20"/>
        </w:rPr>
        <w:t>Okres zatrudnienia: ______________________________________________</w:t>
      </w:r>
    </w:p>
    <w:p/>
    <w:p>
      <w:r>
        <w:rPr>
          <w:b/>
          <w:sz w:val="20"/>
        </w:rPr>
        <w:t>Dane Pracodawcy:</w:t>
      </w:r>
    </w:p>
    <w:p>
      <w:r>
        <w:rPr>
          <w:b w:val="0"/>
          <w:sz w:val="20"/>
        </w:rPr>
        <w:t>Nazwa firmy: _________________________________________________</w:t>
      </w:r>
    </w:p>
    <w:p>
      <w:r>
        <w:rPr>
          <w:b w:val="0"/>
          <w:sz w:val="20"/>
        </w:rPr>
        <w:t>Adres siedziby: ________________________________________________</w:t>
      </w:r>
    </w:p>
    <w:p/>
    <w:p>
      <w:r>
        <w:rPr>
          <w:b/>
          <w:sz w:val="20"/>
        </w:rPr>
        <w:t>Na podstawie przeprowadzonej współpracy, niniejszym wydaję opinię dotyczącą pracy i zachowania wyżej wymienionego pracownika.</w:t>
      </w:r>
    </w:p>
    <w:p/>
    <w:p>
      <w:r>
        <w:rPr>
          <w:b/>
          <w:sz w:val="20"/>
        </w:rPr>
        <w:t>1. Ocena wykonywanych obowiązków:</w:t>
      </w:r>
    </w:p>
    <w:p>
      <w:r>
        <w:rPr>
          <w:b w:val="0"/>
          <w:sz w:val="20"/>
        </w:rPr>
        <w:t>Pracownik wykonywał powierzone mu zadania sumiennie i terminowo, wykazując się odpowiedzialnością oraz zaangażowaniem.</w:t>
      </w:r>
    </w:p>
    <w:p/>
    <w:p>
      <w:r>
        <w:rPr>
          <w:b/>
          <w:sz w:val="20"/>
        </w:rPr>
        <w:t>2. Kompetencje i umiejętności:</w:t>
      </w:r>
    </w:p>
    <w:p>
      <w:r>
        <w:rPr>
          <w:b w:val="0"/>
          <w:sz w:val="20"/>
        </w:rPr>
        <w:t>Posiada odpowiednie kwalifikacje oraz wiedzę niezbędną do realizacji powierzonych zadań. Szybko adaptuje się do zmian i nowych wyzwań.</w:t>
      </w:r>
    </w:p>
    <w:p/>
    <w:p>
      <w:r>
        <w:rPr>
          <w:b/>
          <w:sz w:val="20"/>
        </w:rPr>
        <w:t>3. Postawa i współpraca w zespole:</w:t>
      </w:r>
    </w:p>
    <w:p>
      <w:r>
        <w:rPr>
          <w:b w:val="0"/>
          <w:sz w:val="20"/>
        </w:rPr>
        <w:t>Charakteryzuje się dobrą współpracą z innymi pracownikami, jest komunikatywny i otwarty na konstruktywną krytykę.</w:t>
      </w:r>
    </w:p>
    <w:p/>
    <w:p>
      <w:r>
        <w:rPr>
          <w:b/>
          <w:sz w:val="20"/>
        </w:rPr>
        <w:t>4. Inicjatywa i samodzielność:</w:t>
      </w:r>
    </w:p>
    <w:p>
      <w:r>
        <w:rPr>
          <w:b w:val="0"/>
          <w:sz w:val="20"/>
        </w:rPr>
        <w:t>Wykazuje inicjatywę w wykonywaniu zadań oraz potrafi pracować samodzielnie, podejmując odpowiednie decyzje w granicach swoich kompetencji.</w:t>
      </w:r>
    </w:p>
    <w:p/>
    <w:p>
      <w:r>
        <w:rPr>
          <w:b/>
          <w:sz w:val="20"/>
        </w:rPr>
        <w:t>5. Rzetelność i sumienność:</w:t>
      </w:r>
    </w:p>
    <w:p>
      <w:r>
        <w:rPr>
          <w:b w:val="0"/>
          <w:sz w:val="20"/>
        </w:rPr>
        <w:t>Pracownik cechuje się wysoką rzetelnością i sumiennością w realizacji powierzonych obowiązków.</w:t>
      </w:r>
    </w:p>
    <w:p/>
    <w:p>
      <w:r>
        <w:rPr>
          <w:b/>
          <w:sz w:val="20"/>
        </w:rPr>
        <w:t>Podsumowując, pracownik zasługuje na pozytywną ocenę za wykonywaną pracę oraz zaangażowanie w obowiązki służbowe.</w:t>
      </w:r>
    </w:p>
    <w:p/>
    <w:p/>
    <w:p>
      <w:r>
        <w:rPr>
          <w:b w:val="0"/>
          <w:sz w:val="20"/>
        </w:rPr>
        <w:t>Miejsce, Data: _________________________________________________________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Osoba wystawiająca opinię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Stanowisko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https://dokumenty-pro.com/opinia-o-pracowniku-przyklad/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https://dokumenty-pro.com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dokumenty-pro.com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y-pro.com/opinia-o-pracowniku-przyklad/" TargetMode="External"/><Relationship Id="rId10" Type="http://schemas.openxmlformats.org/officeDocument/2006/relationships/hyperlink" Target="https://dokumenty-p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