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ODWOŁANIE PEŁNOMOCNICTWA BROKERSKIEGO</w:t>
      </w:r>
    </w:p>
    <w:p/>
    <w:p/>
    <w:p>
      <w:r>
        <w:rPr>
          <w:b/>
          <w:sz w:val="20"/>
        </w:rPr>
        <w:t>Dane Pełnomocnika :</w:t>
      </w:r>
    </w:p>
    <w:p>
      <w:r>
        <w:rPr>
          <w:b w:val="0"/>
          <w:sz w:val="20"/>
        </w:rPr>
        <w:t>Imię i Nazwisko : ___________________________________________________________</w:t>
      </w:r>
    </w:p>
    <w:p>
      <w:r>
        <w:rPr>
          <w:b w:val="0"/>
          <w:sz w:val="20"/>
        </w:rPr>
        <w:t>PESEL/NIP : _________________________________________________________________</w:t>
      </w:r>
    </w:p>
    <w:p>
      <w:r>
        <w:rPr>
          <w:b w:val="0"/>
          <w:sz w:val="20"/>
        </w:rPr>
        <w:t>Adres zamieszkania/siedziby : _______________________________________________</w:t>
      </w:r>
    </w:p>
    <w:p>
      <w:r>
        <w:rPr>
          <w:b w:val="0"/>
          <w:sz w:val="20"/>
        </w:rPr>
        <w:t>Nr dowodu osobistego/ID : ___________________________________________________</w:t>
      </w:r>
    </w:p>
    <w:p/>
    <w:p>
      <w:r>
        <w:rPr>
          <w:b/>
          <w:sz w:val="20"/>
        </w:rPr>
        <w:t>Dane Mocodawcy :</w:t>
      </w:r>
    </w:p>
    <w:p>
      <w:r>
        <w:rPr>
          <w:b w:val="0"/>
          <w:sz w:val="20"/>
        </w:rPr>
        <w:t>Imię i Nazwisko : ___________________________________________________________</w:t>
      </w:r>
    </w:p>
    <w:p>
      <w:r>
        <w:rPr>
          <w:b w:val="0"/>
          <w:sz w:val="20"/>
        </w:rPr>
        <w:t>PESEL/NIP : _________________________________________________________________</w:t>
      </w:r>
    </w:p>
    <w:p>
      <w:r>
        <w:rPr>
          <w:b w:val="0"/>
          <w:sz w:val="20"/>
        </w:rPr>
        <w:t>Adres zamieszkania/siedziby : _______________________________________________</w:t>
      </w:r>
    </w:p>
    <w:p>
      <w:r>
        <w:rPr>
          <w:b w:val="0"/>
          <w:sz w:val="20"/>
        </w:rPr>
        <w:t>Nr dowodu osobistego/ID : ___________________________________________________</w:t>
      </w:r>
    </w:p>
    <w:p/>
    <w:p>
      <w:r>
        <w:rPr>
          <w:b/>
          <w:sz w:val="20"/>
        </w:rPr>
        <w:t>Treść odwołania :</w:t>
      </w:r>
    </w:p>
    <w:p>
      <w:r>
        <w:rPr>
          <w:b w:val="0"/>
          <w:sz w:val="20"/>
        </w:rPr>
        <w:t>Niniejszym odwołuję pełnomocnictwo brokerskie udzielone pełnomocnikowi wskazanemu powyżej, które upoważniało do działania w moim imieniu w zakresie zawierania oraz negocjowania umów brokerskich oraz wszelkich czynności związanych z pośrednictwem brokerskim.</w:t>
      </w:r>
    </w:p>
    <w:p>
      <w:r>
        <w:rPr>
          <w:b w:val="0"/>
          <w:sz w:val="20"/>
        </w:rPr>
        <w:t>Odwołanie pełnomocnictwa następuje ze skutkiem natychmiastowym i dotyczy wszelkich uprawnień przyznanych pełnomocnikowi na podstawie udzielonego pełnomocnictwa.</w:t>
      </w:r>
    </w:p>
    <w:p/>
    <w:p>
      <w:r>
        <w:rPr>
          <w:b/>
          <w:sz w:val="20"/>
        </w:rPr>
        <w:t>Podstawa prawna :</w:t>
      </w:r>
    </w:p>
    <w:p>
      <w:r>
        <w:rPr>
          <w:b w:val="0"/>
          <w:sz w:val="20"/>
        </w:rPr>
        <w:t>Zgodnie z art. 98 §1 Kodeksu cywilnego, mocodawca może odwołać pełnomocnictwo w każdym czasie, o ile nie umówiono się inaczej.</w:t>
      </w:r>
    </w:p>
    <w:p/>
    <w:p>
      <w:r>
        <w:rPr>
          <w:b/>
          <w:sz w:val="20"/>
        </w:rPr>
        <w:t>Uwagi dodatkowe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 w:val="0"/>
          <w:sz w:val="20"/>
        </w:rPr>
        <w:t>Miejsce : ___________________________________________    Data : 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MOCODAWCA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PEŁNOMOCNIK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https://dokumenty-pro.com/odwolanie-pelnomocnictwa-brokerskiego-wzor/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odwolanie-pelnomocnictwa-brokerskiego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