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ODWOŁANIE OD OCENY Z ZACHOWANIA</w:t>
      </w:r>
    </w:p>
    <w:p/>
    <w:p/>
    <w:p>
      <w:r>
        <w:rPr>
          <w:b/>
          <w:sz w:val="20"/>
        </w:rPr>
        <w:t>Dane ucznia: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Klasa: ___________________________________________________________</w:t>
      </w:r>
    </w:p>
    <w:p>
      <w:r>
        <w:rPr>
          <w:b w:val="0"/>
          <w:sz w:val="20"/>
        </w:rPr>
        <w:t>Szkoła: __________________________________________________________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Dyrektora Szkoły ________________________________________________</w:t>
      </w:r>
    </w:p>
    <w:p>
      <w:r>
        <w:rPr>
          <w:b w:val="0"/>
          <w:sz w:val="20"/>
        </w:rPr>
        <w:t>Adres szkoły: _________________________________________________</w:t>
      </w:r>
    </w:p>
    <w:p/>
    <w:p/>
    <w:p>
      <w:r>
        <w:rPr>
          <w:b w:val="0"/>
          <w:sz w:val="20"/>
        </w:rPr>
        <w:t>Szanowny Panie Dyrektorze,</w:t>
      </w:r>
    </w:p>
    <w:p/>
    <w:p>
      <w:r>
        <w:rPr>
          <w:b w:val="0"/>
          <w:sz w:val="20"/>
        </w:rPr>
        <w:t>Niniejszym składam odwołanie od oceny z zachowania, którą otrzymałem/otrzymałam w semestrze ______________.</w:t>
      </w:r>
    </w:p>
    <w:p>
      <w:r>
        <w:rPr>
          <w:b w:val="0"/>
          <w:sz w:val="20"/>
        </w:rPr>
        <w:t>Uważam, że ocena ta jest niesprawiedliwa i nie odzwierciedla mojego rzeczywistego zachowania oraz postawy w stosunku do obowiązków szkolnych.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W związku z powyższym proszę o ponowne rozpatrzenie mojej oceny z zachowania oraz jej zmianę na ocenę wyższą.</w:t>
      </w:r>
    </w:p>
    <w:p/>
    <w:p/>
    <w:p>
      <w:r>
        <w:rPr>
          <w:b w:val="0"/>
          <w:sz w:val="20"/>
        </w:rPr>
        <w:t>Miejsce: ____________________________________    Data: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Uczeń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Rodzic/Opiekun prawny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https://dokumenty-pro.com/odwolanie-od-oceny-z-zachowania-wzor/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odwolanie-od-oceny-z-zachowania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