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WZÓR WNIOSKU O OPIEKĘ NAD OSOBĄ STARSZĄ</w:t>
      </w:r>
    </w:p>
    <w:p/>
    <w:p/>
    <w:p>
      <w:r>
        <w:rPr>
          <w:b/>
          <w:sz w:val="22"/>
        </w:rPr>
        <w:t>Dane Wnioskodawcy:</w:t>
      </w:r>
    </w:p>
    <w:p>
      <w:r>
        <w:rPr>
          <w:b w:val="0"/>
          <w:sz w:val="22"/>
        </w:rPr>
        <w:t>Imię i nazwisko : ______________________________________________________________</w:t>
      </w:r>
    </w:p>
    <w:p>
      <w:r>
        <w:rPr>
          <w:b w:val="0"/>
          <w:sz w:val="22"/>
        </w:rPr>
        <w:t>PESEL : _______________________________________________________________________</w:t>
      </w:r>
    </w:p>
    <w:p>
      <w:r>
        <w:rPr>
          <w:b w:val="0"/>
          <w:sz w:val="22"/>
        </w:rPr>
        <w:t>Adres zamieszkania : ____________________________________________________________</w:t>
      </w:r>
    </w:p>
    <w:p>
      <w:r>
        <w:rPr>
          <w:b w:val="0"/>
          <w:sz w:val="22"/>
        </w:rPr>
        <w:t>Telefon kontaktowy : ____________________________________________________________</w:t>
      </w:r>
    </w:p>
    <w:p/>
    <w:p>
      <w:r>
        <w:rPr>
          <w:b/>
          <w:sz w:val="22"/>
        </w:rPr>
        <w:t>Dane osoby wymagającej opieki:</w:t>
      </w:r>
    </w:p>
    <w:p>
      <w:r>
        <w:rPr>
          <w:b w:val="0"/>
          <w:sz w:val="22"/>
        </w:rPr>
        <w:t>Imię i nazwisko : ______________________________________________________________</w:t>
      </w:r>
    </w:p>
    <w:p>
      <w:r>
        <w:rPr>
          <w:b w:val="0"/>
          <w:sz w:val="22"/>
        </w:rPr>
        <w:t>PESEL : _______________________________________________________________________</w:t>
      </w:r>
    </w:p>
    <w:p>
      <w:r>
        <w:rPr>
          <w:b w:val="0"/>
          <w:sz w:val="22"/>
        </w:rPr>
        <w:t>Adres zamieszkania : ____________________________________________________________</w:t>
      </w:r>
    </w:p>
    <w:p>
      <w:r>
        <w:rPr>
          <w:b w:val="0"/>
          <w:sz w:val="22"/>
        </w:rPr>
        <w:t>Stopień pokrewieństwa / relacja z wnioskodawcą : _________________________________</w:t>
      </w:r>
    </w:p>
    <w:p/>
    <w:p>
      <w:r>
        <w:rPr>
          <w:b/>
          <w:sz w:val="22"/>
        </w:rPr>
        <w:t>Podstawa prawna:</w:t>
      </w:r>
    </w:p>
    <w:p>
      <w:r>
        <w:rPr>
          <w:b w:val="0"/>
          <w:sz w:val="22"/>
        </w:rPr>
        <w:t>Na podstawie art. 17 ustawy z dnia 12 marca 2004 r. o pomocy społecznej (Dz. U. z 2023 r. poz. 1234 ze zm.)</w:t>
      </w:r>
    </w:p>
    <w:p/>
    <w:p>
      <w:r>
        <w:rPr>
          <w:b/>
          <w:sz w:val="22"/>
        </w:rPr>
        <w:t>Wnoszę o przyznanie opieki nad osobą starszą wskazaną powyżej, obejmującej w szczególności:</w:t>
      </w:r>
    </w:p>
    <w:p>
      <w:r>
        <w:rPr>
          <w:b w:val="0"/>
          <w:sz w:val="22"/>
        </w:rPr>
        <w:t>- pomoc w zaspokajaniu codziennych potrzeb życiowych,</w:t>
      </w:r>
    </w:p>
    <w:p>
      <w:r>
        <w:rPr>
          <w:b w:val="0"/>
          <w:sz w:val="22"/>
        </w:rPr>
        <w:t>- pomoc w utrzymaniu higieny osobistej,</w:t>
      </w:r>
    </w:p>
    <w:p>
      <w:r>
        <w:rPr>
          <w:b w:val="0"/>
          <w:sz w:val="22"/>
        </w:rPr>
        <w:t>- zapewnienie bezpieczeństwa i wsparcia psychicznego,</w:t>
      </w:r>
    </w:p>
    <w:p>
      <w:r>
        <w:rPr>
          <w:b w:val="0"/>
          <w:sz w:val="22"/>
        </w:rPr>
        <w:t>- pomoc w załatwianiu spraw urzędowych i kontaktach z instytucjami,</w:t>
      </w:r>
    </w:p>
    <w:p>
      <w:r>
        <w:rPr>
          <w:b w:val="0"/>
          <w:sz w:val="22"/>
        </w:rPr>
        <w:t>- inne świadczenia zgodne z zakresem pomocy społecznej.</w:t>
      </w:r>
    </w:p>
    <w:p/>
    <w:p>
      <w:r>
        <w:rPr>
          <w:b/>
          <w:sz w:val="22"/>
        </w:rPr>
        <w:t>Informacje dodatkowe: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/>
    <w:p>
      <w:r>
        <w:rPr>
          <w:b/>
          <w:sz w:val="22"/>
        </w:rPr>
        <w:t>Oświadczam, że podane powyżej dane są prawdziwe, a osoba wymagająca opieki nie korzysta obecnie z podobnej pomocy przyznanej przez MOPS lub inne instytucje.</w:t>
      </w:r>
    </w:p>
    <w:p/>
    <w:p/>
    <w:p>
      <w:r>
        <w:rPr>
          <w:b w:val="0"/>
          <w:sz w:val="22"/>
        </w:rPr>
        <w:t>Miejsce, Data : _________________________________________________________________</w:t>
      </w:r>
    </w:p>
    <w:p/>
    <w:p/>
    <w:p>
      <w:r>
        <w:rPr>
          <w:b w:val="0"/>
          <w:sz w:val="22"/>
        </w:rPr>
        <w:t>Podpis Wnioskodawcy : 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Pracownik MOPS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Potwierdzenie przyjęcia wniosku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Data przyjęcia: 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https://dokumenty-pro.com/mops-wzor-wniosku-o-opieke-nad-osoba-starsza/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mops-wzor-wniosku-o-opieke-nad-osoba-starsza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