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LIST MOTYWACYJNY - WOLONTARIAT</w:t>
      </w:r>
    </w:p>
    <w:p/>
    <w:p/>
    <w:p>
      <w:r>
        <w:rPr>
          <w:b/>
          <w:sz w:val="20"/>
        </w:rPr>
        <w:t>Imię i nazwisko adresata : __________________________________________</w:t>
      </w:r>
    </w:p>
    <w:p>
      <w:r>
        <w:rPr>
          <w:b w:val="0"/>
          <w:sz w:val="20"/>
        </w:rPr>
        <w:t>Stanowisko : __________________________________________________________</w:t>
      </w:r>
    </w:p>
    <w:p>
      <w:r>
        <w:rPr>
          <w:b w:val="0"/>
          <w:sz w:val="20"/>
        </w:rPr>
        <w:t>Nazwa organizacji : _________________________________________________</w:t>
      </w:r>
    </w:p>
    <w:p>
      <w:r>
        <w:rPr>
          <w:b w:val="0"/>
          <w:sz w:val="20"/>
        </w:rPr>
        <w:t>Adres organizacji : ___________________________________________________</w:t>
      </w:r>
    </w:p>
    <w:p/>
    <w:p/>
    <w:p>
      <w:r>
        <w:rPr>
          <w:b w:val="0"/>
          <w:sz w:val="20"/>
        </w:rPr>
        <w:t>Imię i nazwisko : ____________________________________________________</w:t>
      </w:r>
    </w:p>
    <w:p>
      <w:r>
        <w:rPr>
          <w:b w:val="0"/>
          <w:sz w:val="20"/>
        </w:rPr>
        <w:t>Adres zamieszkania : _________________________________________________</w:t>
      </w:r>
    </w:p>
    <w:p>
      <w:r>
        <w:rPr>
          <w:b w:val="0"/>
          <w:sz w:val="20"/>
        </w:rPr>
        <w:t>Telefon : ____________________________________________________________</w:t>
      </w:r>
    </w:p>
    <w:p>
      <w:r>
        <w:rPr>
          <w:b w:val="0"/>
          <w:sz w:val="20"/>
        </w:rPr>
        <w:t>E-mail : _____________________________________________________________</w:t>
      </w:r>
    </w:p>
    <w:p/>
    <w:p/>
    <w:p>
      <w:r>
        <w:rPr>
          <w:b w:val="0"/>
          <w:sz w:val="20"/>
        </w:rPr>
        <w:t>Szanowni Państwo,</w:t>
      </w:r>
    </w:p>
    <w:p/>
    <w:p>
      <w:r>
        <w:rPr>
          <w:b w:val="0"/>
          <w:sz w:val="20"/>
        </w:rPr>
        <w:t>Zwracam się z uprzejmą prośbą o rozpatrzenie mojej kandydatury na stanowisko wolontariusza w Państwa organizacji.</w:t>
      </w:r>
    </w:p>
    <w:p/>
    <w:p>
      <w:r>
        <w:rPr>
          <w:b w:val="0"/>
          <w:sz w:val="20"/>
        </w:rPr>
        <w:t>Jestem osobą zaangażowaną i odpowiedzialną, chętnie podejmuję nowe wyzwania oraz pragnę zdobyć doświadczenie w obszarach zgodnych z misją Państwa organizacji.</w:t>
      </w:r>
    </w:p>
    <w:p/>
    <w:p>
      <w:r>
        <w:rPr>
          <w:b w:val="0"/>
          <w:sz w:val="20"/>
        </w:rPr>
        <w:t>Moje dotychczasowe doświadczenia oraz umiejętności pozwalają mi na efektywne wsparcie działań wolontariackich. Jestem gotów/gotowa poświęcić swój czas i energię na rzecz realizacji wspólnych celów.</w:t>
      </w:r>
    </w:p>
    <w:p/>
    <w:p>
      <w:r>
        <w:rPr>
          <w:b w:val="0"/>
          <w:sz w:val="20"/>
        </w:rPr>
        <w:t>Wierzę, że współpraca z Państwem pozwoli mi nie tylko na rozwój osobisty, ale także umożliwi aktywny udział w ważnych inicjatywach społecznych.</w:t>
      </w:r>
    </w:p>
    <w:p/>
    <w:p>
      <w:r>
        <w:rPr>
          <w:b w:val="0"/>
          <w:sz w:val="20"/>
        </w:rPr>
        <w:t>Będę wdzięczny/wdzięczna za możliwość spotkania i omówienia szczegółów współpracy. Z góry dziękuję za poświęcony czas i rozważenie mojej prośby.</w:t>
      </w:r>
    </w:p>
    <w:p/>
    <w:p/>
    <w:p>
      <w:r>
        <w:rPr>
          <w:b w:val="0"/>
          <w:sz w:val="20"/>
        </w:rPr>
        <w:t>Z poważaniem,</w:t>
      </w:r>
    </w:p>
    <w:p/>
    <w:p/>
    <w:p/>
    <w:p>
      <w:pPr>
        <w:jc w:val="center"/>
      </w:pPr>
      <w:r>
        <w:rPr>
          <w:b w:val="0"/>
          <w:sz w:val="20"/>
        </w:rPr>
        <w:t>________________________________________________</w:t>
      </w:r>
    </w:p>
    <w:p>
      <w:pPr>
        <w:jc w:val="center"/>
      </w:pPr>
      <w:r>
        <w:rPr>
          <w:b w:val="0"/>
          <w:sz w:val="20"/>
        </w:rPr>
        <w:t>(czytelny podpis i imię i nazwisko)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Telefon kontaktowy: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Adres e-mail: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https://dokumenty-pro.com/list-motywacyjny-wolontariat/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list-motywacyjny-wolontariat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