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 w:val="0"/>
          <w:sz w:val="20"/>
        </w:rPr>
        <w:t>Miejscowość : ____________________________</w:t>
      </w:r>
    </w:p>
    <w:p>
      <w:r>
        <w:rPr>
          <w:b w:val="0"/>
          <w:sz w:val="20"/>
        </w:rPr>
        <w:t>Data : ____________________________</w:t>
      </w:r>
    </w:p>
    <w:p/>
    <w:p/>
    <w:p>
      <w:pPr>
        <w:jc w:val="center"/>
      </w:pPr>
      <w:r>
        <w:rPr>
          <w:b/>
          <w:sz w:val="20"/>
        </w:rPr>
        <w:t>LIST MOTYWACYJNY</w:t>
      </w:r>
    </w:p>
    <w:p/>
    <w:p/>
    <w:p>
      <w:r>
        <w:rPr>
          <w:b w:val="0"/>
          <w:sz w:val="20"/>
        </w:rPr>
        <w:t>Szanowni Państwo,</w:t>
      </w:r>
    </w:p>
    <w:p/>
    <w:p>
      <w:r>
        <w:rPr>
          <w:b w:val="0"/>
          <w:sz w:val="20"/>
        </w:rPr>
        <w:t>Zwracam się z uprzejmą prośbą o rozpatrzenie mojej kandydatury na stanowisko sprzątaczki w Państwa szkole. Jestem osobą sumienną, odpowiedzialną oraz dokładną, co uważam za kluczowe cechy w wykonywaniu obowiązków związanych ze sprzątaniem i utrzymaniem czystości.</w:t>
      </w:r>
    </w:p>
    <w:p/>
    <w:p>
      <w:r>
        <w:rPr>
          <w:b w:val="0"/>
          <w:sz w:val="20"/>
        </w:rPr>
        <w:t>Posiadam doświadczenie w pracach porządkowych, zdobyte podczas wcześniejszej pracy w podobnym charakterze. Znam zasady higieny i bezpieczeństwa obowiązujące w placówkach oświatowych oraz potrafię efektywnie organizować swoją pracę.</w:t>
      </w:r>
    </w:p>
    <w:p/>
    <w:p>
      <w:r>
        <w:rPr>
          <w:b w:val="0"/>
          <w:sz w:val="20"/>
        </w:rPr>
        <w:t>Praca w Państwa szkole jest dla mnie ważna ze względu na możliwość stabilnego zatrudnienia oraz możliwość pracy w przyjaznym środowisku. Jestem gotowa do podjęcia pracy w wymiarze godzin zgodnym z Państwa potrzebami oraz elastyczna wobec ewentualnych zmian w grafiku.</w:t>
      </w:r>
    </w:p>
    <w:p/>
    <w:p>
      <w:r>
        <w:rPr>
          <w:b w:val="0"/>
          <w:sz w:val="20"/>
        </w:rPr>
        <w:t>Będę wdzięczna za możliwość spotkania na rozmowie kwalifikacyjnej, podczas której mogłabym przedstawić swoje kwalifikacje i motywację osobiście.</w:t>
      </w:r>
    </w:p>
    <w:p/>
    <w:p/>
    <w:p>
      <w:r>
        <w:rPr>
          <w:b w:val="0"/>
          <w:sz w:val="20"/>
        </w:rPr>
        <w:t>Z poważaniem,</w:t>
      </w:r>
    </w:p>
    <w:p/>
    <w:p/>
    <w:p/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Imię i nazwisko</w:t>
      </w:r>
    </w:p>
    <w:p>
      <w:r>
        <w:rPr>
          <w:b w:val="0"/>
          <w:sz w:val="20"/>
        </w:rPr>
        <w:t>Telefon : _____________________</w:t>
      </w:r>
    </w:p>
    <w:p>
      <w:r>
        <w:rPr>
          <w:b w:val="0"/>
          <w:sz w:val="20"/>
        </w:rPr>
        <w:t>E-mail : 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https://dokumenty-pro.com/list-motywacyjny-sprzataczka-w-szkole/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list-motywacyjny-sprzataczka-w-szkole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