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2"/>
        </w:rPr>
        <w:t>Do Dowódcy Jednostki Wojskowej</w:t>
      </w:r>
    </w:p>
    <w:p>
      <w:r>
        <w:rPr>
          <w:b w:val="0"/>
          <w:sz w:val="22"/>
        </w:rPr>
        <w:t>___________________________</w:t>
      </w:r>
    </w:p>
    <w:p>
      <w:r>
        <w:rPr>
          <w:b w:val="0"/>
          <w:sz w:val="22"/>
        </w:rPr>
        <w:t>___________________________</w:t>
      </w:r>
    </w:p>
    <w:p/>
    <w:p/>
    <w:p>
      <w:r>
        <w:rPr>
          <w:sz w:val="22"/>
        </w:rPr>
        <w:t>Imię i nazwisko: ______________________________________</w:t>
        <w:br/>
      </w:r>
      <w:r>
        <w:rPr>
          <w:sz w:val="22"/>
        </w:rPr>
        <w:t>Adres zamieszkania: ___________________________________</w:t>
        <w:br/>
      </w:r>
      <w:r>
        <w:rPr>
          <w:sz w:val="22"/>
        </w:rPr>
        <w:t>Telefon: _______________________________________________</w:t>
        <w:br/>
      </w:r>
    </w:p>
    <w:p/>
    <w:p/>
    <w:p>
      <w:pPr>
        <w:jc w:val="center"/>
      </w:pPr>
      <w:r>
        <w:rPr>
          <w:b/>
          <w:sz w:val="22"/>
        </w:rPr>
        <w:t>LIST MOTYWACYJNY</w:t>
      </w:r>
    </w:p>
    <w:p/>
    <w:p/>
    <w:p>
      <w:r>
        <w:rPr>
          <w:b w:val="0"/>
          <w:sz w:val="22"/>
        </w:rPr>
        <w:t>Szanowny Panie/Pani,</w:t>
      </w:r>
    </w:p>
    <w:p/>
    <w:p>
      <w:r>
        <w:rPr>
          <w:b w:val="0"/>
          <w:sz w:val="22"/>
        </w:rPr>
        <w:t>Zwracam się z uprzejmą prośbą o rozpatrzenie mojej kandydatury do służby w Siłach Zbrojnych Rzeczypospolitej Polskiej. Jestem zainteresowany/a podjęciem służby wojskowej ze względu na chęć służenia ojczyźnie oraz rozwijania swoich kompetencji w tym zakresie.</w:t>
      </w:r>
    </w:p>
    <w:p/>
    <w:p>
      <w:r>
        <w:rPr>
          <w:b w:val="0"/>
          <w:sz w:val="22"/>
        </w:rPr>
        <w:t>Posiadam odpowiednie predyspozycje fizyczne oraz psychiczne, które pozwalają mi spełniać wymagania stawiane osobom podejmującym służbę wojskową. Moje doświadczenie oraz umiejętności, takie jak: _______________________________________________________, pozwalają mi w pełni zaangażować się w powierzone zadania.</w:t>
      </w:r>
    </w:p>
    <w:p/>
    <w:p>
      <w:r>
        <w:rPr>
          <w:b w:val="0"/>
          <w:sz w:val="22"/>
        </w:rPr>
        <w:t>Jestem osobą odpowiedzialną, zdyscyplinowaną oraz sumienną. Wierzę, że służba w Siłach Zbrojnych umożliwi mi dalszy rozwój osobisty oraz zawodowy, a także pozwoli aktywnie uczestniczyć w obronie naszego kraju.</w:t>
      </w:r>
    </w:p>
    <w:p/>
    <w:p>
      <w:r>
        <w:rPr>
          <w:b w:val="0"/>
          <w:sz w:val="22"/>
        </w:rPr>
        <w:t>Mam nadzieję, że moja kandydatura spotka się z pozytywnym rozpatrzeniem. Jestem gotowy/a do odbycia wszelkich niezbędnych badań i szkoleń wymaganych przy podejmowaniu służby wojskowej.</w:t>
      </w:r>
    </w:p>
    <w:p/>
    <w:p>
      <w:r>
        <w:rPr>
          <w:b w:val="0"/>
          <w:sz w:val="22"/>
        </w:rPr>
        <w:t>Z poważaniem,</w:t>
      </w:r>
    </w:p>
    <w:p/>
    <w:p/>
    <w:p/>
    <w:p>
      <w:r>
        <w:rPr>
          <w:b w:val="0"/>
          <w:sz w:val="22"/>
        </w:rPr>
        <w:t>_______________________________</w:t>
      </w:r>
    </w:p>
    <w:p>
      <w:r>
        <w:rPr>
          <w:b w:val="0"/>
          <w:sz w:val="22"/>
        </w:rPr>
        <w:t>Podpis</w:t>
      </w:r>
    </w:p>
    <w:p/>
    <w:p/>
    <w:p>
      <w:r>
        <w:rPr>
          <w:b w:val="0"/>
          <w:sz w:val="22"/>
        </w:rPr>
        <w:t>Miejsce: ______________________    Data: 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https://dokumenty-pro.com/list-motywacyjny-do-wojska/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list-motywacyjny-do-wojska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