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LIST DO KSIĘDZA</w:t>
      </w:r>
    </w:p>
    <w:p/>
    <w:p/>
    <w:p>
      <w:r>
        <w:rPr>
          <w:b/>
          <w:i w:val="0"/>
          <w:sz w:val="22"/>
        </w:rPr>
        <w:t>Do: Ks. _______________________________</w:t>
      </w:r>
    </w:p>
    <w:p>
      <w:r>
        <w:rPr>
          <w:b w:val="0"/>
          <w:i w:val="0"/>
          <w:sz w:val="22"/>
        </w:rPr>
        <w:t>Parafia: _______________________________</w:t>
      </w:r>
    </w:p>
    <w:p>
      <w:r>
        <w:rPr>
          <w:b w:val="0"/>
          <w:i w:val="0"/>
          <w:sz w:val="22"/>
        </w:rPr>
        <w:t>Adres parafii: _______________________________________________</w:t>
      </w:r>
    </w:p>
    <w:p/>
    <w:p/>
    <w:p>
      <w:r>
        <w:rPr>
          <w:b w:val="0"/>
          <w:i w:val="0"/>
          <w:sz w:val="22"/>
        </w:rPr>
        <w:t>Szanowny Księże,</w:t>
      </w:r>
    </w:p>
    <w:p/>
    <w:p>
      <w:r>
        <w:rPr>
          <w:b w:val="0"/>
          <w:i w:val="0"/>
          <w:sz w:val="22"/>
        </w:rPr>
        <w:t>......................................................................................................................</w:t>
      </w:r>
    </w:p>
    <w:p>
      <w:r>
        <w:rPr>
          <w:b w:val="0"/>
          <w:i w:val="0"/>
          <w:sz w:val="22"/>
        </w:rPr>
        <w:t>......................................................................................................................</w:t>
      </w:r>
    </w:p>
    <w:p>
      <w:r>
        <w:rPr>
          <w:b w:val="0"/>
          <w:i w:val="0"/>
          <w:sz w:val="22"/>
        </w:rPr>
        <w:t>......................................................................................................................</w:t>
      </w:r>
    </w:p>
    <w:p>
      <w:r>
        <w:rPr>
          <w:b w:val="0"/>
          <w:i w:val="0"/>
          <w:sz w:val="22"/>
        </w:rPr>
        <w:t>......................................................................................................................</w:t>
      </w:r>
    </w:p>
    <w:p>
      <w:r>
        <w:rPr>
          <w:b w:val="0"/>
          <w:i w:val="0"/>
          <w:sz w:val="22"/>
        </w:rPr>
        <w:t>......................................................................................................................</w:t>
      </w:r>
    </w:p>
    <w:p>
      <w:r>
        <w:rPr>
          <w:b w:val="0"/>
          <w:i w:val="0"/>
          <w:sz w:val="22"/>
        </w:rPr>
        <w:t>......................................................................................................................</w:t>
      </w:r>
    </w:p>
    <w:p>
      <w:r>
        <w:rPr>
          <w:b w:val="0"/>
          <w:i w:val="0"/>
          <w:sz w:val="22"/>
        </w:rPr>
        <w:t>......................................................................................................................</w:t>
      </w:r>
    </w:p>
    <w:p>
      <w:r>
        <w:rPr>
          <w:b w:val="0"/>
          <w:i w:val="0"/>
          <w:sz w:val="22"/>
        </w:rPr>
        <w:t>......................................................................................................................</w:t>
      </w:r>
    </w:p>
    <w:p>
      <w:r>
        <w:rPr>
          <w:b w:val="0"/>
          <w:i w:val="0"/>
          <w:sz w:val="22"/>
        </w:rPr>
        <w:t>......................................................................................................................</w:t>
      </w:r>
    </w:p>
    <w:p/>
    <w:p/>
    <w:p>
      <w:r>
        <w:rPr>
          <w:b w:val="0"/>
          <w:i w:val="0"/>
          <w:sz w:val="22"/>
        </w:rPr>
        <w:t>Z wyrazami szacunku,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..................................................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https://dokumenty-pro.com/list-do-ksiedza-wzor/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list-do-ksiedza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