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LIST DO ANARUKA, CHŁOPCA Z GRENLANDII</w:t>
      </w:r>
    </w:p>
    <w:p/>
    <w:p/>
    <w:p>
      <w:r>
        <w:rPr>
          <w:b/>
          <w:sz w:val="20"/>
        </w:rPr>
        <w:t>Szanowny Anaruku,</w:t>
      </w:r>
    </w:p>
    <w:p/>
    <w:p>
      <w:r>
        <w:rPr>
          <w:b w:val="0"/>
          <w:sz w:val="20"/>
        </w:rPr>
        <w:t>Piszę do Ciebie z serdecznym pozdrowieniem, mając nadzieję, że ten list zastanie Cię w dobrym zdrowiu i optymistycznym nastroju. Chciałbym podzielić się z Tobą kilkoma myślami i refleksjami, które dotyczą Twojego życia oraz otaczającego Cię świata.</w:t>
      </w:r>
    </w:p>
    <w:p/>
    <w:p>
      <w:r>
        <w:rPr>
          <w:b w:val="0"/>
          <w:sz w:val="20"/>
        </w:rPr>
        <w:t>Twoja historia i codzienne zmagania są dla mnie źródłem inspiracji. Życie w surowych warunkach Grenlandii wymaga odwagi, wytrwałości oraz głębokiego szacunku dla natury. Wierzę, że dzięki tym cechom stajesz się silnym i mądrym młodym człowiekiem, który potrafi stawić czoła wszelkim przeciwnościom.</w:t>
      </w:r>
    </w:p>
    <w:p/>
    <w:p>
      <w:r>
        <w:rPr>
          <w:b w:val="0"/>
          <w:sz w:val="20"/>
        </w:rPr>
        <w:t>Chciałbym, abyś pamiętał, że Twoja kultura i tradycje mają ogromną wartość, której nie wolno zapominać. Przekazywanie ich kolejnym pokoleniom jest ważnym zadaniem, które pomaga zachować tożsamość i jedność społeczności.</w:t>
      </w:r>
    </w:p>
    <w:p/>
    <w:p>
      <w:r>
        <w:rPr>
          <w:b w:val="0"/>
          <w:sz w:val="20"/>
        </w:rPr>
        <w:t>Życzę Ci, abyś rozwijał swoje pasje i marzenia, niezależnie od wyzwań, które napotkasz na swojej drodze. Niech Twoje cele będą dla Ciebie motywacją do działania, a każda przeszkoda - okazją do nauki i wzrostu.</w:t>
      </w:r>
    </w:p>
    <w:p/>
    <w:p>
      <w:r>
        <w:rPr>
          <w:b w:val="0"/>
          <w:sz w:val="20"/>
        </w:rPr>
        <w:t>Z wyrazami szacunku i najlepszymi życzeniami,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(podpis nadawcy)</w:t>
      </w:r>
    </w:p>
    <w:p/>
    <w:p/>
    <w:p>
      <w:r>
        <w:rPr>
          <w:b w:val="0"/>
          <w:sz w:val="20"/>
        </w:rPr>
        <w:t>Miejsce, Data : 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ANARUK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https://dokumenty-pro.com/list-do-anaruka-chlopca-z-grenlandii/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list-do-anaruka-chlopca-z-grenlandii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