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KRÓTKI LIST POŻEGNALNY DO UKOCHANEJ OSOBY</w:t>
      </w:r>
    </w:p>
    <w:p/>
    <w:p/>
    <w:p>
      <w:r>
        <w:rPr>
          <w:b w:val="0"/>
          <w:sz w:val="22"/>
        </w:rPr>
        <w:t>Kochana/y,</w:t>
      </w:r>
    </w:p>
    <w:p/>
    <w:p>
      <w:r>
        <w:rPr>
          <w:b w:val="0"/>
          <w:sz w:val="22"/>
        </w:rPr>
        <w:t>Piszę ten list, aby wyrazić moje najgłębsze uczucia i podziękowania za wspólnie spędzony czas. Choć nasze drogi się rozchodzą, wspomnienia o Tobie pozostaną na zawsze w moim sercu.</w:t>
      </w:r>
    </w:p>
    <w:p/>
    <w:p>
      <w:r>
        <w:rPr>
          <w:b w:val="0"/>
          <w:sz w:val="22"/>
        </w:rPr>
        <w:t>Przepraszam za wszelkie niedoskonałości i błędy, które mogły pojawić się podczas naszej wspólnej drogi. Życzę Ci szczęścia, spokoju i spełnienia w każdym aspekcie życia.</w:t>
      </w:r>
    </w:p>
    <w:p/>
    <w:p>
      <w:r>
        <w:rPr>
          <w:b w:val="0"/>
          <w:sz w:val="22"/>
        </w:rPr>
        <w:t>Niech każdy dzień przynosi Ci radość, a przyszłość będzie pełna nowych, pięknych doświadczeń. Będę Cię zawsze pamiętać z czułością i szacunkiem.</w:t>
      </w:r>
    </w:p>
    <w:p/>
    <w:p/>
    <w:p>
      <w:r>
        <w:rPr>
          <w:b w:val="0"/>
          <w:sz w:val="22"/>
        </w:rPr>
        <w:t>Z wyrazami miłości i wdzięczności,</w:t>
      </w:r>
    </w:p>
    <w:p/>
    <w:p/>
    <w:p/>
    <w:p>
      <w:pPr>
        <w:jc w:val="center"/>
      </w:pPr>
      <w:r>
        <w:rPr>
          <w:b w:val="0"/>
          <w:sz w:val="22"/>
        </w:rPr>
        <w:t>___________________________</w:t>
      </w:r>
    </w:p>
    <w:p>
      <w:pPr>
        <w:jc w:val="center"/>
      </w:pPr>
      <w:r>
        <w:rPr>
          <w:b w:val="0"/>
          <w:sz w:val="22"/>
        </w:rPr>
        <w:t>(Twoje imię)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Miejsce: 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https://dokumenty-pro.com/krotki-list-pozegnalny-do-ukochanej-osoby/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krotki-list-pozegnalny-do-ukochanej-osoby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