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EWIDENCJA NABYTYCH I WYDANYCH TOREB FOLIOWYCH</w:t>
      </w:r>
    </w:p>
    <w:p/>
    <w:p/>
    <w:p>
      <w:r>
        <w:rPr>
          <w:b/>
          <w:sz w:val="20"/>
        </w:rPr>
        <w:t>1. Dane prowadzącego ewidencję:</w:t>
      </w:r>
    </w:p>
    <w:p>
      <w:r>
        <w:rPr>
          <w:b w:val="0"/>
          <w:sz w:val="20"/>
        </w:rPr>
        <w:t>Nazwa firmy / Imię i nazwisko : ________________________________________________</w:t>
      </w:r>
    </w:p>
    <w:p>
      <w:r>
        <w:rPr>
          <w:b w:val="0"/>
          <w:sz w:val="20"/>
        </w:rPr>
        <w:t>Adres siedziby / zamieszkania : ______________________________________________</w:t>
      </w:r>
    </w:p>
    <w:p>
      <w:r>
        <w:rPr>
          <w:b w:val="0"/>
          <w:sz w:val="20"/>
        </w:rPr>
        <w:t>NIP : ____________________________________________________________</w:t>
      </w:r>
    </w:p>
    <w:p/>
    <w:p>
      <w:r>
        <w:rPr>
          <w:b/>
          <w:sz w:val="20"/>
        </w:rPr>
        <w:t>2. Podstawa prowadzenia ewidencji:</w:t>
      </w:r>
    </w:p>
    <w:p>
      <w:r>
        <w:rPr>
          <w:b w:val="0"/>
          <w:sz w:val="20"/>
        </w:rPr>
        <w:t>Na podstawie art. 7 ustawy z dnia 13 czerwca 2013 r. o gospodarce opakowaniami i odpadami opakowaniowymi (Dz.U. 2013 poz. 888), prowadzona jest niniejsza ewidencja nabytych i wydanych toreb foliowych.</w:t>
      </w:r>
    </w:p>
    <w:p/>
    <w:p>
      <w:r>
        <w:rPr>
          <w:b/>
          <w:sz w:val="20"/>
        </w:rPr>
        <w:t>3. Okres ewidencji:</w:t>
      </w:r>
    </w:p>
    <w:p>
      <w:r>
        <w:rPr>
          <w:b w:val="0"/>
          <w:sz w:val="20"/>
        </w:rPr>
        <w:t>Od dnia: ____________________  Do dnia: ____________________</w:t>
      </w:r>
    </w:p>
    <w:p/>
    <w:p/>
    <w:p>
      <w:r>
        <w:rPr>
          <w:b/>
          <w:sz w:val="20"/>
        </w:rPr>
        <w:t>4. Ewidencja nabytych toreb foliowych: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Lp.</w:t>
            </w:r>
          </w:p>
        </w:tc>
        <w:tc>
          <w:tcPr>
            <w:tcW w:type="dxa" w:w="1994"/>
          </w:tcPr>
          <w:p>
            <w:r>
              <w:t>Data nabycia</w:t>
            </w:r>
          </w:p>
        </w:tc>
        <w:tc>
          <w:tcPr>
            <w:tcW w:type="dxa" w:w="1994"/>
          </w:tcPr>
          <w:p>
            <w:r>
              <w:t>Nazwa dostawcy</w:t>
            </w:r>
          </w:p>
        </w:tc>
        <w:tc>
          <w:tcPr>
            <w:tcW w:type="dxa" w:w="1994"/>
          </w:tcPr>
          <w:p>
            <w:r>
              <w:t>Ilość toreb foliowych</w:t>
            </w:r>
          </w:p>
        </w:tc>
        <w:tc>
          <w:tcPr>
            <w:tcW w:type="dxa" w:w="1994"/>
          </w:tcPr>
          <w:p>
            <w:r>
              <w:t>Uwagi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/>
          <w:sz w:val="20"/>
        </w:rPr>
        <w:t>5. Ewidencja wydanych toreb foliowych: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Lp.</w:t>
            </w:r>
          </w:p>
        </w:tc>
        <w:tc>
          <w:tcPr>
            <w:tcW w:type="dxa" w:w="1994"/>
          </w:tcPr>
          <w:p>
            <w:r>
              <w:t>Data wydania</w:t>
            </w:r>
          </w:p>
        </w:tc>
        <w:tc>
          <w:tcPr>
            <w:tcW w:type="dxa" w:w="1994"/>
          </w:tcPr>
          <w:p>
            <w:r>
              <w:t>Nazwa odbiorcy</w:t>
            </w:r>
          </w:p>
        </w:tc>
        <w:tc>
          <w:tcPr>
            <w:tcW w:type="dxa" w:w="1994"/>
          </w:tcPr>
          <w:p>
            <w:r>
              <w:t>Ilość toreb foliowych</w:t>
            </w:r>
          </w:p>
        </w:tc>
        <w:tc>
          <w:tcPr>
            <w:tcW w:type="dxa" w:w="1994"/>
          </w:tcPr>
          <w:p>
            <w:r>
              <w:t>Uwagi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/>
          <w:sz w:val="20"/>
        </w:rPr>
        <w:t>6. Podsumowanie:</w:t>
      </w:r>
    </w:p>
    <w:p>
      <w:r>
        <w:rPr>
          <w:b w:val="0"/>
          <w:sz w:val="20"/>
        </w:rPr>
        <w:t>Liczba toreb foliowych nabytych w okresie ewidencji: ___________________________</w:t>
      </w:r>
    </w:p>
    <w:p>
      <w:r>
        <w:rPr>
          <w:b w:val="0"/>
          <w:sz w:val="20"/>
        </w:rPr>
        <w:t>Liczba toreb foliowych wydanych w okresie ewidencji: ___________________________</w:t>
      </w:r>
    </w:p>
    <w:p>
      <w:r>
        <w:rPr>
          <w:b w:val="0"/>
          <w:sz w:val="20"/>
        </w:rPr>
        <w:t>Stan toreb foliowych na koniec okresu ewidencji: ______________________________</w:t>
      </w:r>
    </w:p>
    <w:p/>
    <w:p/>
    <w:p>
      <w:r>
        <w:rPr>
          <w:b/>
          <w:sz w:val="20"/>
        </w:rPr>
        <w:t>7. Oświadczenie:</w:t>
      </w:r>
    </w:p>
    <w:p>
      <w:r>
        <w:rPr>
          <w:b w:val="0"/>
          <w:sz w:val="20"/>
        </w:rPr>
        <w:t>Oświadczam, że powyższa ewidencja została prowadzona rzetelnie i zgodnie z obowiązującymi przepisami prawa.</w:t>
      </w:r>
    </w:p>
    <w:p/>
    <w:p/>
    <w:p>
      <w:r>
        <w:rPr>
          <w:b w:val="0"/>
          <w:sz w:val="20"/>
        </w:rPr>
        <w:t>Miejsce : ____________________________    Data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prowadzącej ewidencję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zatwierdzającej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https://dokumenty-pro.com/ewidencja-nabytych-i-wydanych-toreb-foliowych-wzor/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ewidencja-nabytych-i-wydanych-toreb-foliowych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