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DUPLIKAT ŚWIADECTWA PRACY</w:t>
      </w:r>
    </w:p>
    <w:p/>
    <w:p/>
    <w:p>
      <w:r>
        <w:rPr>
          <w:b w:val="0"/>
          <w:sz w:val="22"/>
        </w:rPr>
        <w:t>Zakład pracy wystawia niniejszym duplikat świadectwa pracy dla pracownika,</w:t>
      </w:r>
    </w:p>
    <w:p>
      <w:r>
        <w:rPr>
          <w:b w:val="0"/>
          <w:sz w:val="22"/>
        </w:rPr>
        <w:t>którego oryginalne świadectwo zostało utracone lub zniszczone.</w:t>
      </w:r>
    </w:p>
    <w:p/>
    <w:p/>
    <w:p>
      <w:r>
        <w:rPr>
          <w:b/>
          <w:sz w:val="22"/>
        </w:rPr>
        <w:t>Dane Pracodawcy:</w:t>
      </w:r>
    </w:p>
    <w:p>
      <w:r>
        <w:rPr>
          <w:b w:val="0"/>
          <w:sz w:val="22"/>
        </w:rPr>
        <w:t>Nazwa firmy: _____________________________________________________________</w:t>
      </w:r>
    </w:p>
    <w:p>
      <w:r>
        <w:rPr>
          <w:b w:val="0"/>
          <w:sz w:val="22"/>
        </w:rPr>
        <w:t>Adres: _________________________________________________________________</w:t>
      </w:r>
    </w:p>
    <w:p>
      <w:r>
        <w:rPr>
          <w:b w:val="0"/>
          <w:sz w:val="22"/>
        </w:rPr>
        <w:t>REGON: _____________________    NIP: _____________________</w:t>
      </w:r>
    </w:p>
    <w:p/>
    <w:p>
      <w:r>
        <w:rPr>
          <w:b/>
          <w:sz w:val="22"/>
        </w:rPr>
        <w:t>Dane Pracownika:</w:t>
      </w:r>
    </w:p>
    <w:p>
      <w:r>
        <w:rPr>
          <w:b w:val="0"/>
          <w:sz w:val="22"/>
        </w:rPr>
        <w:t>Imię i nazwisko: _________________________________________________________</w:t>
      </w:r>
    </w:p>
    <w:p>
      <w:r>
        <w:rPr>
          <w:b w:val="0"/>
          <w:sz w:val="22"/>
        </w:rPr>
        <w:t>PESEL: _____________________    Nr dowodu osobistego: _____________________</w:t>
      </w:r>
    </w:p>
    <w:p>
      <w:r>
        <w:rPr>
          <w:b w:val="0"/>
          <w:sz w:val="22"/>
        </w:rPr>
        <w:t>Adres zamieszkania: ______________________________________________________</w:t>
      </w:r>
    </w:p>
    <w:p/>
    <w:p>
      <w:r>
        <w:rPr>
          <w:b/>
          <w:sz w:val="22"/>
        </w:rPr>
        <w:t>Okres zatrudnienia:</w:t>
      </w:r>
    </w:p>
    <w:p>
      <w:r>
        <w:rPr>
          <w:b w:val="0"/>
          <w:sz w:val="22"/>
        </w:rPr>
        <w:t>od dnia: ______________________ do dnia: ________________________________</w:t>
      </w:r>
    </w:p>
    <w:p>
      <w:r>
        <w:rPr>
          <w:b w:val="0"/>
          <w:sz w:val="22"/>
        </w:rPr>
        <w:t>Stanowisko pracy: _________________________________________________________</w:t>
      </w:r>
    </w:p>
    <w:p/>
    <w:p>
      <w:r>
        <w:rPr>
          <w:b/>
          <w:sz w:val="22"/>
        </w:rPr>
        <w:t>Treść świadectwa pracy:</w:t>
      </w:r>
    </w:p>
    <w:p>
      <w:r>
        <w:rPr>
          <w:b w:val="0"/>
          <w:sz w:val="22"/>
        </w:rPr>
        <w:t>Niniejszym potwierdza się, że wyżej wymieniony pracownik był zatrudniony na podstawie umowy o pracę w okresie określonym powyżej. W czasie zatrudnienia wykonywał obowiązki na stanowisku wskazanym wyżej. Świadectwo to jest duplikatem oryginału, który uległ zniszczeniu lub został zagubiony.</w:t>
      </w:r>
    </w:p>
    <w:p/>
    <w:p>
      <w:r>
        <w:rPr>
          <w:b w:val="0"/>
          <w:sz w:val="22"/>
        </w:rPr>
        <w:t>Wszystkie prawa i obowiązki wynikające z zatrudnienia pozostają bez zmian, a niniejszy dokument jest potwierdzeniem okresu zatrudnienia oraz warunków pracy.</w:t>
      </w:r>
    </w:p>
    <w:p/>
    <w:p/>
    <w:p>
      <w:r>
        <w:rPr>
          <w:b/>
          <w:sz w:val="22"/>
        </w:rPr>
        <w:t>Oświadczenie pracodawcy:</w:t>
      </w:r>
    </w:p>
    <w:p>
      <w:r>
        <w:rPr>
          <w:b w:val="0"/>
          <w:sz w:val="22"/>
        </w:rPr>
        <w:t>Potwierdzam prawdziwość powyższych informacji oraz wystawienie duplikatu świadectwa pracy.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Pracodawca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Pracownik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wystawienia: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odbioru: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https://dokumenty-pro.com/duplikat-swiadectwa-pracy-wzor/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duplikat-swiadectwa-pracy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