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DONOS DO URZĘDU SKARBOWEGO</w:t>
      </w:r>
    </w:p>
    <w:p/>
    <w:p/>
    <w:p>
      <w:r>
        <w:rPr>
          <w:b/>
          <w:sz w:val="22"/>
        </w:rPr>
        <w:t>Dane Nadawcy:</w:t>
      </w:r>
    </w:p>
    <w:p>
      <w:r>
        <w:rPr>
          <w:b w:val="0"/>
          <w:sz w:val="22"/>
        </w:rPr>
        <w:t>Imię i nazwisko / Nazwa firmy: ________________________________________________</w:t>
      </w:r>
    </w:p>
    <w:p>
      <w:r>
        <w:rPr>
          <w:b w:val="0"/>
          <w:sz w:val="22"/>
        </w:rPr>
        <w:t>Adres zamieszkania / Siedziba: ________________________________________________</w:t>
      </w:r>
    </w:p>
    <w:p>
      <w:r>
        <w:rPr>
          <w:b w:val="0"/>
          <w:sz w:val="22"/>
        </w:rPr>
        <w:t>PESEL / NIP: _________________________________________________________________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___________________________________________________________</w:t>
      </w:r>
    </w:p>
    <w:p/>
    <w:p>
      <w:r>
        <w:rPr>
          <w:b/>
          <w:sz w:val="22"/>
        </w:rPr>
        <w:t>Adresat:</w:t>
      </w:r>
    </w:p>
    <w:p>
      <w:r>
        <w:rPr>
          <w:b w:val="0"/>
          <w:sz w:val="22"/>
        </w:rPr>
        <w:t>Nazwa Urzędu Skarbowego: ____________________________________________________</w:t>
      </w:r>
    </w:p>
    <w:p>
      <w:r>
        <w:rPr>
          <w:b w:val="0"/>
          <w:sz w:val="22"/>
        </w:rPr>
        <w:t>Adres Urzędu Skarbowego: ____________________________________________________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art. 304 § 1 Kodeksu karnego skarbowego zawiadamiam o popełnieniu przestępstwa skarbowego.</w:t>
      </w:r>
    </w:p>
    <w:p/>
    <w:p>
      <w:r>
        <w:rPr>
          <w:b/>
          <w:sz w:val="22"/>
        </w:rPr>
        <w:t>Treść donosu:</w:t>
      </w:r>
    </w:p>
    <w:p>
      <w:r>
        <w:rPr>
          <w:b w:val="0"/>
          <w:sz w:val="22"/>
        </w:rPr>
        <w:t>Opis zdarzenia, osoby, miejsca i okoliczności, które uzasadniają podejrzenie popełnienia przestępstwa skarbowego: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Dodatkowe informacje (np. dowody, świadkowie):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Oświadczenie:</w:t>
      </w:r>
    </w:p>
    <w:p>
      <w:r>
        <w:rPr>
          <w:b w:val="0"/>
          <w:sz w:val="22"/>
        </w:rPr>
        <w:t>Oświadczam, że wszystkie podane powyżej informacje są prawdziwe i zgodne z moją najlepszą wiedzą.</w:t>
      </w:r>
    </w:p>
    <w:p/>
    <w:p/>
    <w:p>
      <w:r>
        <w:rPr>
          <w:b w:val="0"/>
          <w:sz w:val="22"/>
        </w:rPr>
        <w:t>Miejsce: _____________________________________</w:t>
      </w:r>
    </w:p>
    <w:p>
      <w:r>
        <w:rPr>
          <w:b w:val="0"/>
          <w:sz w:val="22"/>
        </w:rPr>
        <w:t>Data: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Podpis: 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/>
    <w:p>
      <w:pPr>
        <w:jc w:val="left"/>
      </w:pPr>
      <w:r>
        <w:rPr>
          <w:b w:val="0"/>
          <w:sz w:val="22"/>
        </w:rPr>
        <w:t>Uwaga: Donos może być złożony anonimowo, jednak brak danych nadawcy może wpłynąć na skuteczność działań organów skarbowych.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https://dokumenty-pro.com/donos-do-urzedu-skarbowego-wzor/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donos-do-urzedu-skarbowego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