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AKT APOSTAZJI</w:t>
      </w:r>
    </w:p>
    <w:p/>
    <w:p/>
    <w:p>
      <w:r>
        <w:rPr>
          <w:b/>
          <w:sz w:val="20"/>
        </w:rPr>
        <w:t>Ja, niżej podpisany/a:</w:t>
      </w:r>
    </w:p>
    <w:p>
      <w:r>
        <w:rPr>
          <w:b w:val="0"/>
          <w:sz w:val="20"/>
        </w:rPr>
        <w:t>Imię i nazwisko: ____________________________________________</w:t>
      </w:r>
    </w:p>
    <w:p>
      <w:r>
        <w:rPr>
          <w:b w:val="0"/>
          <w:sz w:val="20"/>
        </w:rPr>
        <w:t>Data urodzenia: ____________________________________________</w:t>
      </w:r>
    </w:p>
    <w:p>
      <w:r>
        <w:rPr>
          <w:b w:val="0"/>
          <w:sz w:val="20"/>
        </w:rPr>
        <w:t>Miejsce urodzenia: __________________________________________</w:t>
      </w:r>
    </w:p>
    <w:p>
      <w:r>
        <w:rPr>
          <w:b w:val="0"/>
          <w:sz w:val="20"/>
        </w:rPr>
        <w:t>Adres zamieszkania: _________________________________________</w:t>
      </w:r>
    </w:p>
    <w:p>
      <w:r>
        <w:rPr>
          <w:b w:val="0"/>
          <w:sz w:val="20"/>
        </w:rPr>
        <w:t>PESEL: _____________________________________________________</w:t>
      </w:r>
    </w:p>
    <w:p>
      <w:r>
        <w:rPr>
          <w:b/>
          <w:sz w:val="20"/>
        </w:rPr>
        <w:t>Oświadczam niniejszym dobrowolnie i świadomie, że rezygnuję z przynależności do Kościoła katolickiego oraz zrzekam się wszelkich praw i obowiązków z tego wynikających.</w:t>
      </w:r>
    </w:p>
    <w:p/>
    <w:p/>
    <w:p>
      <w:r>
        <w:rPr>
          <w:b/>
          <w:sz w:val="20"/>
        </w:rPr>
        <w:t>Podstawa prawna:</w:t>
      </w:r>
    </w:p>
    <w:p>
      <w:r>
        <w:rPr>
          <w:b w:val="0"/>
          <w:sz w:val="20"/>
        </w:rPr>
        <w:t>Zgodnie z prawem polskim, przystępuję do apostazji na podstawie wolnej woli i własnych przekonań.</w:t>
      </w:r>
    </w:p>
    <w:p/>
    <w:p>
      <w:r>
        <w:rPr>
          <w:b/>
          <w:sz w:val="20"/>
        </w:rPr>
        <w:t>Oświadczam, że:</w:t>
      </w:r>
    </w:p>
    <w:p>
      <w:r>
        <w:rPr>
          <w:b w:val="0"/>
          <w:sz w:val="20"/>
        </w:rPr>
        <w:t>1. Przyjmuję pełną odpowiedzialność za swoją decyzję.</w:t>
      </w:r>
    </w:p>
    <w:p>
      <w:r>
        <w:rPr>
          <w:b w:val="0"/>
          <w:sz w:val="20"/>
        </w:rPr>
        <w:t>2. Zapoznałem/am się z konsekwencjami prawnymi i społecznymi wynikającymi z odejścia od Kościoła katolickiego.</w:t>
      </w:r>
    </w:p>
    <w:p>
      <w:r>
        <w:rPr>
          <w:b w:val="0"/>
          <w:sz w:val="20"/>
        </w:rPr>
        <w:t>3. Nie jestem pod wpływem jakiejkolwiek presji zewnętrznej ani wewnętrznej.</w:t>
      </w:r>
    </w:p>
    <w:p/>
    <w:p/>
    <w:p>
      <w:r>
        <w:rPr>
          <w:b/>
          <w:sz w:val="20"/>
        </w:rPr>
        <w:t>Potwierdzam, że powyższe oświadczenie jest prawdziwe i zostało przeze mnie podpisane dobrowolnie.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Miejsce: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Data: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osoby apostazującej: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</w:t>
            </w:r>
          </w:p>
        </w:tc>
      </w:tr>
    </w:tbl>
    <w:p/>
    <w:p/>
    <w:p/>
    <w:p>
      <w:r>
        <w:rPr>
          <w:b/>
          <w:sz w:val="20"/>
        </w:rPr>
        <w:t>Świadkowie:</w:t>
      </w:r>
    </w:p>
    <w:p>
      <w:r>
        <w:rPr>
          <w:b w:val="0"/>
          <w:sz w:val="20"/>
        </w:rPr>
        <w:t>Imię i nazwisko: ____________________________________________</w:t>
      </w:r>
    </w:p>
    <w:p>
      <w:r>
        <w:rPr>
          <w:b w:val="0"/>
          <w:sz w:val="20"/>
        </w:rPr>
        <w:t>Podpis: ____________________________________________________</w:t>
      </w:r>
    </w:p>
    <w:p/>
    <w:p>
      <w:r>
        <w:rPr>
          <w:b w:val="0"/>
          <w:sz w:val="20"/>
        </w:rPr>
        <w:t>Imię i nazwisko: ____________________________________________</w:t>
      </w:r>
    </w:p>
    <w:p>
      <w:r>
        <w:rPr>
          <w:b w:val="0"/>
          <w:sz w:val="20"/>
        </w:rPr>
        <w:t>Podpis: ____________________________________________________</w:t>
      </w:r>
    </w:p>
    <w:p/>
    <w:p/>
    <w:p>
      <w:r>
        <w:rPr>
          <w:b/>
          <w:sz w:val="20"/>
        </w:rPr>
        <w:t>Potwierdzenie przyjęcia apostazji przez urząd:</w:t>
      </w:r>
    </w:p>
    <w:p>
      <w:r>
        <w:rPr>
          <w:b w:val="0"/>
          <w:sz w:val="20"/>
        </w:rPr>
        <w:t>Imię i nazwisko urzędnika: __________________________________</w:t>
      </w:r>
    </w:p>
    <w:p>
      <w:r>
        <w:rPr>
          <w:b w:val="0"/>
          <w:sz w:val="20"/>
        </w:rPr>
        <w:t>Podpis urzędnika: __________________________________________</w:t>
      </w:r>
    </w:p>
    <w:p>
      <w:r>
        <w:rPr>
          <w:b w:val="0"/>
          <w:sz w:val="20"/>
        </w:rPr>
        <w:t>Data: ______________________________________________________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https://dokumenty-pro.com/akt-apostazji-wzor/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akt-apostazji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